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83AFF" w14:textId="77777777" w:rsidR="004E4788" w:rsidRDefault="004940B3" w:rsidP="00853056">
      <w:pPr>
        <w:jc w:val="right"/>
        <w:rPr>
          <w:b/>
          <w:bCs/>
          <w:sz w:val="24"/>
          <w:szCs w:val="18"/>
          <w:lang w:eastAsia="zh-TW"/>
        </w:rPr>
      </w:pPr>
      <w:bookmarkStart w:id="0" w:name="_GoBack"/>
      <w:bookmarkEnd w:id="0"/>
      <w:r w:rsidRPr="004E4788">
        <w:rPr>
          <w:b/>
          <w:bCs/>
          <w:sz w:val="24"/>
          <w:szCs w:val="18"/>
          <w:lang w:eastAsia="zh-TW"/>
        </w:rPr>
        <w:t>附件</w:t>
      </w:r>
      <w:r w:rsidRPr="004E4788">
        <w:rPr>
          <w:rFonts w:hint="eastAsia"/>
          <w:b/>
          <w:bCs/>
          <w:sz w:val="24"/>
          <w:szCs w:val="18"/>
          <w:lang w:eastAsia="zh-TW"/>
        </w:rPr>
        <w:t>四</w:t>
      </w:r>
    </w:p>
    <w:p w14:paraId="3EEED92F" w14:textId="0D6F25C2" w:rsidR="004940B3" w:rsidRPr="00871653" w:rsidRDefault="00251B98" w:rsidP="004E4788">
      <w:pPr>
        <w:jc w:val="center"/>
        <w:rPr>
          <w:b/>
          <w:bCs/>
          <w:color w:val="000000" w:themeColor="text1"/>
          <w:sz w:val="24"/>
          <w:szCs w:val="18"/>
          <w:lang w:eastAsia="zh-TW"/>
        </w:rPr>
      </w:pPr>
      <w:r w:rsidRPr="00871653">
        <w:rPr>
          <w:b/>
          <w:bCs/>
          <w:color w:val="000000" w:themeColor="text1"/>
          <w:lang w:eastAsia="zh-TW"/>
        </w:rPr>
        <w:t>公共空間梯間住宅用火災警報器裝設前、後照片黏貼表</w:t>
      </w:r>
    </w:p>
    <w:p w14:paraId="3B44B0EC" w14:textId="53AD3009" w:rsidR="004940B3" w:rsidRPr="00871653" w:rsidRDefault="004E4788" w:rsidP="001A59F0">
      <w:pPr>
        <w:tabs>
          <w:tab w:val="left" w:pos="480"/>
        </w:tabs>
        <w:adjustRightInd w:val="0"/>
        <w:spacing w:after="240" w:line="500" w:lineRule="exact"/>
        <w:contextualSpacing/>
        <w:rPr>
          <w:rFonts w:ascii="Arial" w:hAnsi="Arial" w:cs="Arial"/>
          <w:b/>
          <w:bCs/>
          <w:kern w:val="2"/>
          <w:szCs w:val="28"/>
          <w:lang w:eastAsia="zh-TW"/>
        </w:rPr>
      </w:pPr>
      <w:r w:rsidRPr="00871653">
        <w:rPr>
          <w:rFonts w:ascii="Arial" w:hAnsi="Arial" w:cs="Arial" w:hint="eastAsia"/>
          <w:b/>
          <w:bCs/>
          <w:kern w:val="2"/>
          <w:szCs w:val="28"/>
          <w:lang w:eastAsia="zh-TW"/>
        </w:rPr>
        <w:t>公</w:t>
      </w:r>
      <w:r w:rsidR="004940B3" w:rsidRPr="00871653">
        <w:rPr>
          <w:rFonts w:ascii="Arial" w:hAnsi="Arial" w:cs="Arial"/>
          <w:b/>
          <w:bCs/>
          <w:kern w:val="2"/>
          <w:szCs w:val="28"/>
          <w:lang w:eastAsia="zh-TW"/>
        </w:rPr>
        <w:t>寓大廈名稱：</w:t>
      </w:r>
      <w:r w:rsidR="004940B3" w:rsidRPr="00871653">
        <w:rPr>
          <w:rFonts w:cs="Times New Roman"/>
          <w:b/>
          <w:bCs/>
          <w:color w:val="000000"/>
          <w:kern w:val="2"/>
          <w:szCs w:val="28"/>
          <w:lang w:eastAsia="zh-TW"/>
        </w:rPr>
        <w:t xml:space="preserve">                            </w:t>
      </w:r>
      <w:r w:rsidR="004940B3" w:rsidRPr="00871653">
        <w:rPr>
          <w:rFonts w:ascii="Arial" w:hAnsi="Arial" w:cs="Arial"/>
          <w:b/>
          <w:bCs/>
          <w:kern w:val="2"/>
          <w:szCs w:val="28"/>
          <w:lang w:eastAsia="zh-TW"/>
        </w:rPr>
        <w:t xml:space="preserve"> </w:t>
      </w:r>
      <w:r w:rsidR="004940B3" w:rsidRPr="00871653">
        <w:rPr>
          <w:rFonts w:cs="Times New Roman"/>
          <w:b/>
          <w:bCs/>
          <w:color w:val="000000"/>
          <w:kern w:val="2"/>
          <w:szCs w:val="28"/>
          <w:lang w:eastAsia="zh-TW"/>
        </w:rPr>
        <w:t>編號：</w:t>
      </w:r>
    </w:p>
    <w:tbl>
      <w:tblPr>
        <w:tblpPr w:leftFromText="180" w:rightFromText="180" w:vertAnchor="text" w:tblpXSpec="center" w:tblpY="1"/>
        <w:tblOverlap w:val="never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1"/>
        <w:gridCol w:w="8469"/>
      </w:tblGrid>
      <w:tr w:rsidR="004940B3" w:rsidRPr="004940B3" w14:paraId="77BE07C1" w14:textId="77777777" w:rsidTr="004E4788">
        <w:trPr>
          <w:cantSplit/>
          <w:trHeight w:val="542"/>
        </w:trPr>
        <w:tc>
          <w:tcPr>
            <w:tcW w:w="1171" w:type="dxa"/>
            <w:vMerge w:val="restart"/>
            <w:tcBorders>
              <w:right w:val="single" w:sz="4" w:space="0" w:color="auto"/>
            </w:tcBorders>
            <w:vAlign w:val="center"/>
          </w:tcPr>
          <w:p w14:paraId="554426F9" w14:textId="77777777" w:rsidR="004940B3" w:rsidRPr="004940B3" w:rsidRDefault="004940B3" w:rsidP="004940B3">
            <w:pPr>
              <w:adjustRightInd w:val="0"/>
              <w:spacing w:before="26" w:after="26" w:line="500" w:lineRule="exact"/>
              <w:contextualSpacing/>
              <w:jc w:val="both"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新細明體"/>
                <w:bCs/>
                <w:color w:val="000000"/>
                <w:szCs w:val="28"/>
                <w:lang w:eastAsia="zh-TW"/>
              </w:rPr>
              <w:t>安裝前</w:t>
            </w:r>
          </w:p>
        </w:tc>
        <w:tc>
          <w:tcPr>
            <w:tcW w:w="8469" w:type="dxa"/>
            <w:tcBorders>
              <w:left w:val="single" w:sz="4" w:space="0" w:color="auto"/>
            </w:tcBorders>
            <w:vAlign w:val="center"/>
          </w:tcPr>
          <w:p w14:paraId="3298051C" w14:textId="77777777" w:rsidR="004940B3" w:rsidRPr="004940B3" w:rsidRDefault="004940B3" w:rsidP="004940B3">
            <w:pPr>
              <w:adjustRightInd w:val="0"/>
              <w:spacing w:before="26" w:after="26" w:line="400" w:lineRule="exact"/>
              <w:contextualSpacing/>
              <w:jc w:val="both"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新細明體"/>
                <w:bCs/>
                <w:color w:val="000000"/>
                <w:szCs w:val="28"/>
                <w:lang w:eastAsia="zh-TW"/>
              </w:rPr>
              <w:t>照片說明</w:t>
            </w:r>
          </w:p>
          <w:p w14:paraId="0D08D72C" w14:textId="77777777" w:rsidR="004940B3" w:rsidRPr="004940B3" w:rsidRDefault="004940B3" w:rsidP="004940B3">
            <w:pPr>
              <w:adjustRightInd w:val="0"/>
              <w:spacing w:before="26" w:after="26" w:line="400" w:lineRule="exact"/>
              <w:contextualSpacing/>
              <w:jc w:val="both"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新細明體"/>
                <w:bCs/>
                <w:color w:val="000000"/>
                <w:szCs w:val="28"/>
                <w:lang w:eastAsia="zh-TW"/>
              </w:rPr>
              <w:t>一、拍攝時間：    年    月    日</w:t>
            </w:r>
          </w:p>
          <w:p w14:paraId="273357DA" w14:textId="77777777" w:rsidR="004940B3" w:rsidRPr="004940B3" w:rsidRDefault="004940B3" w:rsidP="004940B3">
            <w:pPr>
              <w:spacing w:line="400" w:lineRule="exact"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新細明體"/>
                <w:bCs/>
                <w:color w:val="000000"/>
                <w:szCs w:val="28"/>
                <w:lang w:eastAsia="zh-TW"/>
              </w:rPr>
              <w:t>二、拍攝處所：        側樓梯之    樓</w:t>
            </w:r>
          </w:p>
        </w:tc>
      </w:tr>
      <w:tr w:rsidR="004940B3" w:rsidRPr="004940B3" w14:paraId="5CC621D2" w14:textId="77777777" w:rsidTr="00853056">
        <w:trPr>
          <w:cantSplit/>
          <w:trHeight w:val="4570"/>
        </w:trPr>
        <w:tc>
          <w:tcPr>
            <w:tcW w:w="1171" w:type="dxa"/>
            <w:vMerge/>
            <w:tcBorders>
              <w:right w:val="single" w:sz="4" w:space="0" w:color="auto"/>
            </w:tcBorders>
            <w:vAlign w:val="center"/>
          </w:tcPr>
          <w:p w14:paraId="503C74D8" w14:textId="77777777" w:rsidR="004940B3" w:rsidRPr="004940B3" w:rsidRDefault="004940B3" w:rsidP="004940B3">
            <w:pPr>
              <w:adjustRightInd w:val="0"/>
              <w:spacing w:before="26" w:after="26" w:line="500" w:lineRule="exact"/>
              <w:contextualSpacing/>
              <w:rPr>
                <w:rFonts w:cs="新細明體"/>
                <w:bCs/>
                <w:color w:val="000000"/>
                <w:szCs w:val="28"/>
                <w:lang w:eastAsia="zh-TW"/>
              </w:rPr>
            </w:pPr>
          </w:p>
        </w:tc>
        <w:tc>
          <w:tcPr>
            <w:tcW w:w="8469" w:type="dxa"/>
            <w:tcBorders>
              <w:left w:val="single" w:sz="4" w:space="0" w:color="auto"/>
            </w:tcBorders>
            <w:vAlign w:val="center"/>
          </w:tcPr>
          <w:p w14:paraId="3A5B5484" w14:textId="77777777" w:rsidR="004940B3" w:rsidRPr="004940B3" w:rsidRDefault="004940B3" w:rsidP="004940B3">
            <w:pPr>
              <w:adjustRightInd w:val="0"/>
              <w:spacing w:before="26" w:after="26" w:line="500" w:lineRule="exact"/>
              <w:contextualSpacing/>
              <w:rPr>
                <w:rFonts w:cs="新細明體"/>
                <w:bCs/>
                <w:color w:val="000000"/>
                <w:szCs w:val="28"/>
                <w:lang w:eastAsia="zh-TW"/>
              </w:rPr>
            </w:pPr>
          </w:p>
        </w:tc>
      </w:tr>
      <w:tr w:rsidR="004940B3" w:rsidRPr="004940B3" w14:paraId="025C2C0D" w14:textId="77777777" w:rsidTr="004E4788">
        <w:trPr>
          <w:cantSplit/>
          <w:trHeight w:val="530"/>
        </w:trPr>
        <w:tc>
          <w:tcPr>
            <w:tcW w:w="1171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80C5546" w14:textId="77777777" w:rsidR="004940B3" w:rsidRPr="004940B3" w:rsidRDefault="004940B3" w:rsidP="004940B3">
            <w:pPr>
              <w:adjustRightInd w:val="0"/>
              <w:spacing w:before="26" w:after="26" w:line="500" w:lineRule="exact"/>
              <w:contextualSpacing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新細明體"/>
                <w:bCs/>
                <w:color w:val="000000"/>
                <w:szCs w:val="28"/>
                <w:lang w:eastAsia="zh-TW"/>
              </w:rPr>
              <w:t>安裝後</w:t>
            </w:r>
          </w:p>
        </w:tc>
        <w:tc>
          <w:tcPr>
            <w:tcW w:w="846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02C0E" w14:textId="77777777" w:rsidR="004940B3" w:rsidRPr="004940B3" w:rsidRDefault="004940B3" w:rsidP="004940B3">
            <w:pPr>
              <w:adjustRightInd w:val="0"/>
              <w:spacing w:before="26" w:after="26" w:line="400" w:lineRule="exact"/>
              <w:contextualSpacing/>
              <w:jc w:val="both"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新細明體"/>
                <w:bCs/>
                <w:color w:val="000000"/>
                <w:szCs w:val="28"/>
                <w:lang w:eastAsia="zh-TW"/>
              </w:rPr>
              <w:t>照片說明</w:t>
            </w:r>
          </w:p>
          <w:p w14:paraId="6F16F5D1" w14:textId="77777777" w:rsidR="004940B3" w:rsidRPr="004940B3" w:rsidRDefault="004940B3" w:rsidP="004940B3">
            <w:pPr>
              <w:adjustRightInd w:val="0"/>
              <w:spacing w:before="26" w:after="26" w:line="400" w:lineRule="exact"/>
              <w:contextualSpacing/>
              <w:jc w:val="both"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新細明體"/>
                <w:bCs/>
                <w:color w:val="000000"/>
                <w:szCs w:val="28"/>
                <w:lang w:eastAsia="zh-TW"/>
              </w:rPr>
              <w:t>一、拍攝時間：    年    月    日。</w:t>
            </w:r>
          </w:p>
          <w:p w14:paraId="5EE13FDF" w14:textId="77777777" w:rsidR="004940B3" w:rsidRPr="004940B3" w:rsidRDefault="004940B3" w:rsidP="004940B3">
            <w:pPr>
              <w:adjustRightInd w:val="0"/>
              <w:spacing w:before="26" w:after="26" w:line="400" w:lineRule="exact"/>
              <w:contextualSpacing/>
              <w:jc w:val="both"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新細明體"/>
                <w:bCs/>
                <w:color w:val="000000"/>
                <w:szCs w:val="28"/>
                <w:lang w:eastAsia="zh-TW"/>
              </w:rPr>
              <w:t>二、拍攝處所：        側樓梯之    樓</w:t>
            </w:r>
          </w:p>
        </w:tc>
      </w:tr>
      <w:tr w:rsidR="004940B3" w:rsidRPr="004940B3" w14:paraId="2A7BF538" w14:textId="77777777" w:rsidTr="004B433E">
        <w:trPr>
          <w:cantSplit/>
          <w:trHeight w:val="4301"/>
        </w:trPr>
        <w:tc>
          <w:tcPr>
            <w:tcW w:w="117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12A0A0" w14:textId="77777777" w:rsidR="004940B3" w:rsidRPr="004940B3" w:rsidRDefault="004940B3" w:rsidP="004940B3">
            <w:pPr>
              <w:adjustRightInd w:val="0"/>
              <w:spacing w:before="26" w:after="26" w:line="500" w:lineRule="exact"/>
              <w:contextualSpacing/>
              <w:rPr>
                <w:rFonts w:cs="新細明體"/>
                <w:bCs/>
                <w:color w:val="000000"/>
                <w:szCs w:val="28"/>
                <w:lang w:eastAsia="zh-TW"/>
              </w:rPr>
            </w:pPr>
          </w:p>
        </w:tc>
        <w:tc>
          <w:tcPr>
            <w:tcW w:w="8469" w:type="dxa"/>
            <w:tcBorders>
              <w:left w:val="single" w:sz="4" w:space="0" w:color="auto"/>
            </w:tcBorders>
            <w:vAlign w:val="center"/>
          </w:tcPr>
          <w:p w14:paraId="56A8F2EB" w14:textId="77777777" w:rsidR="004940B3" w:rsidRPr="004940B3" w:rsidRDefault="004940B3" w:rsidP="004940B3">
            <w:pPr>
              <w:adjustRightInd w:val="0"/>
              <w:spacing w:before="26" w:after="26" w:line="500" w:lineRule="exact"/>
              <w:contextualSpacing/>
              <w:rPr>
                <w:rFonts w:cs="新細明體"/>
                <w:bCs/>
                <w:color w:val="000000"/>
                <w:szCs w:val="28"/>
                <w:lang w:eastAsia="zh-TW"/>
              </w:rPr>
            </w:pPr>
          </w:p>
        </w:tc>
      </w:tr>
      <w:tr w:rsidR="004940B3" w:rsidRPr="004940B3" w14:paraId="3EEC9105" w14:textId="77777777" w:rsidTr="00853056">
        <w:trPr>
          <w:cantSplit/>
          <w:trHeight w:val="994"/>
        </w:trPr>
        <w:tc>
          <w:tcPr>
            <w:tcW w:w="9640" w:type="dxa"/>
            <w:gridSpan w:val="2"/>
            <w:vAlign w:val="center"/>
          </w:tcPr>
          <w:p w14:paraId="707B22A2" w14:textId="6E14B17C" w:rsidR="004940B3" w:rsidRPr="004940B3" w:rsidRDefault="004940B3" w:rsidP="00853056">
            <w:pPr>
              <w:adjustRightInd w:val="0"/>
              <w:spacing w:before="26" w:after="26" w:line="500" w:lineRule="exact"/>
              <w:contextualSpacing/>
              <w:jc w:val="both"/>
              <w:rPr>
                <w:rFonts w:cs="新細明體"/>
                <w:bCs/>
                <w:color w:val="000000"/>
                <w:szCs w:val="28"/>
                <w:lang w:eastAsia="zh-TW"/>
              </w:rPr>
            </w:pPr>
            <w:r w:rsidRPr="004940B3">
              <w:rPr>
                <w:rFonts w:cs="Times New Roman"/>
                <w:color w:val="000000"/>
                <w:kern w:val="2"/>
                <w:szCs w:val="28"/>
                <w:lang w:eastAsia="zh-TW"/>
              </w:rPr>
              <w:t xml:space="preserve">公寓大廈申請人(管理委員會主委/管理負責人)簽章：         </w:t>
            </w:r>
          </w:p>
        </w:tc>
      </w:tr>
    </w:tbl>
    <w:p w14:paraId="069ED5F0" w14:textId="77777777" w:rsidR="00445FAC" w:rsidRPr="004E4788" w:rsidRDefault="00445FAC" w:rsidP="00445FAC">
      <w:pPr>
        <w:spacing w:line="520" w:lineRule="exact"/>
        <w:rPr>
          <w:sz w:val="24"/>
          <w:szCs w:val="24"/>
          <w:lang w:eastAsia="zh-TW"/>
        </w:rPr>
      </w:pPr>
      <w:r w:rsidRPr="004E4788">
        <w:rPr>
          <w:sz w:val="24"/>
          <w:szCs w:val="24"/>
          <w:lang w:eastAsia="zh-TW"/>
        </w:rPr>
        <w:t>備註：公共空間梯間每一裝設位置均應檢附裝設前、後照片；表格不足時請自行增頁。</w:t>
      </w:r>
    </w:p>
    <w:p w14:paraId="4F4D400C" w14:textId="1FF06FC6" w:rsidR="0090091B" w:rsidRPr="007F560E" w:rsidRDefault="004B433E" w:rsidP="00E62968">
      <w:pPr>
        <w:spacing w:line="520" w:lineRule="exact"/>
        <w:ind w:leftChars="900" w:left="2520"/>
        <w:jc w:val="center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分隊</w:t>
      </w:r>
      <w:r w:rsidRPr="004E4788">
        <w:rPr>
          <w:sz w:val="24"/>
          <w:szCs w:val="24"/>
          <w:lang w:eastAsia="zh-TW"/>
        </w:rPr>
        <w:t>查驗人員：</w:t>
      </w:r>
    </w:p>
    <w:sectPr w:rsidR="0090091B" w:rsidRPr="007F560E" w:rsidSect="00034616">
      <w:footerReference w:type="default" r:id="rId9"/>
      <w:pgSz w:w="11906" w:h="16838"/>
      <w:pgMar w:top="850" w:right="1134" w:bottom="850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158EB" w14:textId="77777777" w:rsidR="007C71D8" w:rsidRDefault="007C71D8">
      <w:pPr>
        <w:spacing w:line="240" w:lineRule="auto"/>
      </w:pPr>
      <w:r>
        <w:separator/>
      </w:r>
    </w:p>
  </w:endnote>
  <w:endnote w:type="continuationSeparator" w:id="0">
    <w:p w14:paraId="4C2D38BF" w14:textId="77777777" w:rsidR="007C71D8" w:rsidRDefault="007C71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413343"/>
      <w:docPartObj>
        <w:docPartGallery w:val="Page Numbers (Bottom of Page)"/>
        <w:docPartUnique/>
      </w:docPartObj>
    </w:sdtPr>
    <w:sdtEndPr/>
    <w:sdtContent>
      <w:p w14:paraId="696885DB" w14:textId="0A0C11A2" w:rsidR="004364C4" w:rsidRDefault="004364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B98" w:rsidRPr="00251B98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2F128509" w14:textId="04097913" w:rsidR="009B744E" w:rsidRDefault="009B744E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DAF348" w14:textId="77777777" w:rsidR="007C71D8" w:rsidRDefault="007C71D8">
      <w:pPr>
        <w:spacing w:line="240" w:lineRule="auto"/>
      </w:pPr>
      <w:r>
        <w:separator/>
      </w:r>
    </w:p>
  </w:footnote>
  <w:footnote w:type="continuationSeparator" w:id="0">
    <w:p w14:paraId="1E1A0100" w14:textId="77777777" w:rsidR="007C71D8" w:rsidRDefault="007C71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CC501AC"/>
    <w:multiLevelType w:val="hybridMultilevel"/>
    <w:tmpl w:val="C4EC05DE"/>
    <w:lvl w:ilvl="0" w:tplc="053AF04C">
      <w:start w:val="1"/>
      <w:numFmt w:val="decimal"/>
      <w:suff w:val="space"/>
      <w:lvlText w:val="%1."/>
      <w:lvlJc w:val="left"/>
      <w:pPr>
        <w:ind w:left="246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0">
    <w:nsid w:val="0D482DF0"/>
    <w:multiLevelType w:val="hybridMultilevel"/>
    <w:tmpl w:val="2E141D26"/>
    <w:lvl w:ilvl="0" w:tplc="AC245C68">
      <w:start w:val="1"/>
      <w:numFmt w:val="taiwaneseCountingThousand"/>
      <w:lvlText w:val="%1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>
    <w:nsid w:val="0F067F98"/>
    <w:multiLevelType w:val="hybridMultilevel"/>
    <w:tmpl w:val="BF0826D2"/>
    <w:lvl w:ilvl="0" w:tplc="95A4498A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2">
    <w:nsid w:val="152C6C47"/>
    <w:multiLevelType w:val="hybridMultilevel"/>
    <w:tmpl w:val="37FE9552"/>
    <w:lvl w:ilvl="0" w:tplc="AC245C68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3">
    <w:nsid w:val="17FD6FAD"/>
    <w:multiLevelType w:val="hybridMultilevel"/>
    <w:tmpl w:val="A9CEF7BE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F9B2894"/>
    <w:multiLevelType w:val="hybridMultilevel"/>
    <w:tmpl w:val="9E28013C"/>
    <w:lvl w:ilvl="0" w:tplc="48B24C26">
      <w:start w:val="1"/>
      <w:numFmt w:val="taiwaneseCountingThousand"/>
      <w:lvlText w:val="%1、"/>
      <w:lvlJc w:val="left"/>
      <w:pPr>
        <w:ind w:left="10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9" w:hanging="480"/>
      </w:pPr>
    </w:lvl>
    <w:lvl w:ilvl="2" w:tplc="0409001B" w:tentative="1">
      <w:start w:val="1"/>
      <w:numFmt w:val="lowerRoman"/>
      <w:lvlText w:val="%3."/>
      <w:lvlJc w:val="right"/>
      <w:pPr>
        <w:ind w:left="1779" w:hanging="480"/>
      </w:pPr>
    </w:lvl>
    <w:lvl w:ilvl="3" w:tplc="0409000F" w:tentative="1">
      <w:start w:val="1"/>
      <w:numFmt w:val="decimal"/>
      <w:lvlText w:val="%4."/>
      <w:lvlJc w:val="left"/>
      <w:pPr>
        <w:ind w:left="2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9" w:hanging="480"/>
      </w:pPr>
    </w:lvl>
    <w:lvl w:ilvl="5" w:tplc="0409001B" w:tentative="1">
      <w:start w:val="1"/>
      <w:numFmt w:val="lowerRoman"/>
      <w:lvlText w:val="%6."/>
      <w:lvlJc w:val="right"/>
      <w:pPr>
        <w:ind w:left="3219" w:hanging="480"/>
      </w:pPr>
    </w:lvl>
    <w:lvl w:ilvl="6" w:tplc="0409000F" w:tentative="1">
      <w:start w:val="1"/>
      <w:numFmt w:val="decimal"/>
      <w:lvlText w:val="%7."/>
      <w:lvlJc w:val="left"/>
      <w:pPr>
        <w:ind w:left="3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9" w:hanging="480"/>
      </w:pPr>
    </w:lvl>
    <w:lvl w:ilvl="8" w:tplc="0409001B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15">
    <w:nsid w:val="213522A6"/>
    <w:multiLevelType w:val="hybridMultilevel"/>
    <w:tmpl w:val="319A4FEE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2DA375D"/>
    <w:multiLevelType w:val="hybridMultilevel"/>
    <w:tmpl w:val="454A7ADC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>
    <w:nsid w:val="24657BE8"/>
    <w:multiLevelType w:val="hybridMultilevel"/>
    <w:tmpl w:val="7FA4261E"/>
    <w:lvl w:ilvl="0" w:tplc="DD56EF3C">
      <w:start w:val="1"/>
      <w:numFmt w:val="taiwaneseCountingThousand"/>
      <w:suff w:val="space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>
    <w:nsid w:val="2ACF02F8"/>
    <w:multiLevelType w:val="hybridMultilevel"/>
    <w:tmpl w:val="BE7E91BA"/>
    <w:lvl w:ilvl="0" w:tplc="C0426002">
      <w:start w:val="1"/>
      <w:numFmt w:val="decimal"/>
      <w:suff w:val="space"/>
      <w:lvlText w:val="%1."/>
      <w:lvlJc w:val="left"/>
      <w:pPr>
        <w:ind w:left="14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19">
    <w:nsid w:val="2AD913EC"/>
    <w:multiLevelType w:val="hybridMultilevel"/>
    <w:tmpl w:val="28A22858"/>
    <w:lvl w:ilvl="0" w:tplc="C0227962">
      <w:start w:val="4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C2D0022"/>
    <w:multiLevelType w:val="hybridMultilevel"/>
    <w:tmpl w:val="34EEDAD6"/>
    <w:lvl w:ilvl="0" w:tplc="BB9E4CA0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1">
    <w:nsid w:val="2C865D65"/>
    <w:multiLevelType w:val="hybridMultilevel"/>
    <w:tmpl w:val="784EA720"/>
    <w:lvl w:ilvl="0" w:tplc="AC245C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4346F45"/>
    <w:multiLevelType w:val="hybridMultilevel"/>
    <w:tmpl w:val="F4982658"/>
    <w:lvl w:ilvl="0" w:tplc="AC245C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513476C"/>
    <w:multiLevelType w:val="hybridMultilevel"/>
    <w:tmpl w:val="E2A6AB56"/>
    <w:lvl w:ilvl="0" w:tplc="87F2D218">
      <w:start w:val="5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5FB0D80"/>
    <w:multiLevelType w:val="hybridMultilevel"/>
    <w:tmpl w:val="2468EED4"/>
    <w:lvl w:ilvl="0" w:tplc="43CC40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5">
    <w:nsid w:val="3C4B4E7A"/>
    <w:multiLevelType w:val="hybridMultilevel"/>
    <w:tmpl w:val="9EBAAC10"/>
    <w:lvl w:ilvl="0" w:tplc="050C0684">
      <w:start w:val="3"/>
      <w:numFmt w:val="ideographLegalTraditional"/>
      <w:suff w:val="space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D0D6083"/>
    <w:multiLevelType w:val="hybridMultilevel"/>
    <w:tmpl w:val="113C75EA"/>
    <w:lvl w:ilvl="0" w:tplc="A1EEA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4704E9B"/>
    <w:multiLevelType w:val="hybridMultilevel"/>
    <w:tmpl w:val="8C9CD80E"/>
    <w:lvl w:ilvl="0" w:tplc="AC245C68">
      <w:start w:val="1"/>
      <w:numFmt w:val="taiwaneseCountingThousand"/>
      <w:lvlText w:val="%1、"/>
      <w:lvlJc w:val="left"/>
      <w:pPr>
        <w:ind w:left="12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8">
    <w:nsid w:val="455B66F4"/>
    <w:multiLevelType w:val="hybridMultilevel"/>
    <w:tmpl w:val="2438F836"/>
    <w:lvl w:ilvl="0" w:tplc="6E6C950A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>
    <w:nsid w:val="46991EE3"/>
    <w:multiLevelType w:val="hybridMultilevel"/>
    <w:tmpl w:val="32B24710"/>
    <w:lvl w:ilvl="0" w:tplc="D85A8B90">
      <w:start w:val="1"/>
      <w:numFmt w:val="taiwaneseCountingThousand"/>
      <w:suff w:val="space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0">
    <w:nsid w:val="47140A4D"/>
    <w:multiLevelType w:val="hybridMultilevel"/>
    <w:tmpl w:val="0FE2B740"/>
    <w:lvl w:ilvl="0" w:tplc="82404F66">
      <w:start w:val="1"/>
      <w:numFmt w:val="ideographLegalTraditional"/>
      <w:suff w:val="space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1">
    <w:nsid w:val="4EEB5E03"/>
    <w:multiLevelType w:val="hybridMultilevel"/>
    <w:tmpl w:val="A95EE8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4ED46FF"/>
    <w:multiLevelType w:val="hybridMultilevel"/>
    <w:tmpl w:val="DB222774"/>
    <w:lvl w:ilvl="0" w:tplc="053AF04C">
      <w:start w:val="1"/>
      <w:numFmt w:val="decimal"/>
      <w:suff w:val="space"/>
      <w:lvlText w:val="%1."/>
      <w:lvlJc w:val="left"/>
      <w:pPr>
        <w:ind w:left="141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189" w:hanging="480"/>
      </w:pPr>
    </w:lvl>
    <w:lvl w:ilvl="2" w:tplc="0409001B" w:tentative="1">
      <w:start w:val="1"/>
      <w:numFmt w:val="lowerRoman"/>
      <w:lvlText w:val="%3."/>
      <w:lvlJc w:val="right"/>
      <w:pPr>
        <w:ind w:left="1669" w:hanging="480"/>
      </w:pPr>
    </w:lvl>
    <w:lvl w:ilvl="3" w:tplc="0409000F" w:tentative="1">
      <w:start w:val="1"/>
      <w:numFmt w:val="decimal"/>
      <w:lvlText w:val="%4."/>
      <w:lvlJc w:val="left"/>
      <w:pPr>
        <w:ind w:left="2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9" w:hanging="480"/>
      </w:pPr>
    </w:lvl>
    <w:lvl w:ilvl="5" w:tplc="0409001B" w:tentative="1">
      <w:start w:val="1"/>
      <w:numFmt w:val="lowerRoman"/>
      <w:lvlText w:val="%6."/>
      <w:lvlJc w:val="right"/>
      <w:pPr>
        <w:ind w:left="3109" w:hanging="480"/>
      </w:pPr>
    </w:lvl>
    <w:lvl w:ilvl="6" w:tplc="0409000F" w:tentative="1">
      <w:start w:val="1"/>
      <w:numFmt w:val="decimal"/>
      <w:lvlText w:val="%7."/>
      <w:lvlJc w:val="left"/>
      <w:pPr>
        <w:ind w:left="3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9" w:hanging="480"/>
      </w:pPr>
    </w:lvl>
    <w:lvl w:ilvl="8" w:tplc="0409001B" w:tentative="1">
      <w:start w:val="1"/>
      <w:numFmt w:val="lowerRoman"/>
      <w:lvlText w:val="%9."/>
      <w:lvlJc w:val="right"/>
      <w:pPr>
        <w:ind w:left="4549" w:hanging="480"/>
      </w:pPr>
    </w:lvl>
  </w:abstractNum>
  <w:abstractNum w:abstractNumId="33">
    <w:nsid w:val="56C74969"/>
    <w:multiLevelType w:val="hybridMultilevel"/>
    <w:tmpl w:val="63E27178"/>
    <w:lvl w:ilvl="0" w:tplc="BFE415D8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4">
    <w:nsid w:val="594F7DF3"/>
    <w:multiLevelType w:val="hybridMultilevel"/>
    <w:tmpl w:val="A17A407E"/>
    <w:lvl w:ilvl="0" w:tplc="DCB47C4A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>
    <w:nsid w:val="5B79089F"/>
    <w:multiLevelType w:val="hybridMultilevel"/>
    <w:tmpl w:val="CF5EF8CA"/>
    <w:lvl w:ilvl="0" w:tplc="95A4498A">
      <w:start w:val="1"/>
      <w:numFmt w:val="taiwaneseCountingThousand"/>
      <w:suff w:val="space"/>
      <w:lvlText w:val="%1、"/>
      <w:lvlJc w:val="left"/>
      <w:pPr>
        <w:ind w:left="18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6">
    <w:nsid w:val="61EF5E4A"/>
    <w:multiLevelType w:val="hybridMultilevel"/>
    <w:tmpl w:val="2DA8E444"/>
    <w:lvl w:ilvl="0" w:tplc="053AF04C">
      <w:start w:val="1"/>
      <w:numFmt w:val="decimal"/>
      <w:lvlText w:val="%1.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7">
    <w:nsid w:val="631E3BB2"/>
    <w:multiLevelType w:val="hybridMultilevel"/>
    <w:tmpl w:val="9FA892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6854FB0"/>
    <w:multiLevelType w:val="hybridMultilevel"/>
    <w:tmpl w:val="319A4FEE"/>
    <w:lvl w:ilvl="0" w:tplc="06A89600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3264BC8"/>
    <w:multiLevelType w:val="hybridMultilevel"/>
    <w:tmpl w:val="55840438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45D6271"/>
    <w:multiLevelType w:val="hybridMultilevel"/>
    <w:tmpl w:val="B4B29730"/>
    <w:lvl w:ilvl="0" w:tplc="AC245C68">
      <w:start w:val="1"/>
      <w:numFmt w:val="taiwaneseCountingThousand"/>
      <w:lvlText w:val="%1、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1">
    <w:nsid w:val="771832B6"/>
    <w:multiLevelType w:val="hybridMultilevel"/>
    <w:tmpl w:val="E45E7A12"/>
    <w:lvl w:ilvl="0" w:tplc="A544CEB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>
    <w:nsid w:val="791C7623"/>
    <w:multiLevelType w:val="hybridMultilevel"/>
    <w:tmpl w:val="F36E8C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9655DD4"/>
    <w:multiLevelType w:val="hybridMultilevel"/>
    <w:tmpl w:val="A1166110"/>
    <w:lvl w:ilvl="0" w:tplc="7046C4B6">
      <w:start w:val="10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D155B83"/>
    <w:multiLevelType w:val="hybridMultilevel"/>
    <w:tmpl w:val="9B6041A2"/>
    <w:lvl w:ilvl="0" w:tplc="D6481F28">
      <w:start w:val="1"/>
      <w:numFmt w:val="decimal"/>
      <w:suff w:val="space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5">
    <w:nsid w:val="7E9271E3"/>
    <w:multiLevelType w:val="hybridMultilevel"/>
    <w:tmpl w:val="0E9843BA"/>
    <w:lvl w:ilvl="0" w:tplc="821AA5F2">
      <w:start w:val="1"/>
      <w:numFmt w:val="taiwaneseCountingThousand"/>
      <w:suff w:val="space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FA831A7"/>
    <w:multiLevelType w:val="hybridMultilevel"/>
    <w:tmpl w:val="87C2AD68"/>
    <w:lvl w:ilvl="0" w:tplc="71F4F82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FA9500E"/>
    <w:multiLevelType w:val="hybridMultilevel"/>
    <w:tmpl w:val="35464624"/>
    <w:lvl w:ilvl="0" w:tplc="1EF86C98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sz w:val="2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9"/>
  </w:num>
  <w:num w:numId="11">
    <w:abstractNumId w:val="47"/>
  </w:num>
  <w:num w:numId="12">
    <w:abstractNumId w:val="30"/>
  </w:num>
  <w:num w:numId="13">
    <w:abstractNumId w:val="22"/>
  </w:num>
  <w:num w:numId="14">
    <w:abstractNumId w:val="45"/>
  </w:num>
  <w:num w:numId="15">
    <w:abstractNumId w:val="38"/>
  </w:num>
  <w:num w:numId="16">
    <w:abstractNumId w:val="27"/>
  </w:num>
  <w:num w:numId="17">
    <w:abstractNumId w:val="12"/>
  </w:num>
  <w:num w:numId="18">
    <w:abstractNumId w:val="39"/>
  </w:num>
  <w:num w:numId="19">
    <w:abstractNumId w:val="25"/>
  </w:num>
  <w:num w:numId="20">
    <w:abstractNumId w:val="14"/>
  </w:num>
  <w:num w:numId="21">
    <w:abstractNumId w:val="13"/>
  </w:num>
  <w:num w:numId="22">
    <w:abstractNumId w:val="19"/>
  </w:num>
  <w:num w:numId="23">
    <w:abstractNumId w:val="33"/>
  </w:num>
  <w:num w:numId="24">
    <w:abstractNumId w:val="41"/>
  </w:num>
  <w:num w:numId="25">
    <w:abstractNumId w:val="10"/>
  </w:num>
  <w:num w:numId="26">
    <w:abstractNumId w:val="40"/>
  </w:num>
  <w:num w:numId="27">
    <w:abstractNumId w:val="17"/>
  </w:num>
  <w:num w:numId="28">
    <w:abstractNumId w:val="37"/>
  </w:num>
  <w:num w:numId="29">
    <w:abstractNumId w:val="42"/>
  </w:num>
  <w:num w:numId="30">
    <w:abstractNumId w:val="24"/>
  </w:num>
  <w:num w:numId="31">
    <w:abstractNumId w:val="23"/>
  </w:num>
  <w:num w:numId="32">
    <w:abstractNumId w:val="11"/>
  </w:num>
  <w:num w:numId="33">
    <w:abstractNumId w:val="35"/>
  </w:num>
  <w:num w:numId="34">
    <w:abstractNumId w:val="21"/>
  </w:num>
  <w:num w:numId="35">
    <w:abstractNumId w:val="28"/>
  </w:num>
  <w:num w:numId="36">
    <w:abstractNumId w:val="20"/>
  </w:num>
  <w:num w:numId="37">
    <w:abstractNumId w:val="34"/>
  </w:num>
  <w:num w:numId="38">
    <w:abstractNumId w:val="18"/>
  </w:num>
  <w:num w:numId="39">
    <w:abstractNumId w:val="32"/>
  </w:num>
  <w:num w:numId="40">
    <w:abstractNumId w:val="9"/>
  </w:num>
  <w:num w:numId="41">
    <w:abstractNumId w:val="36"/>
  </w:num>
  <w:num w:numId="42">
    <w:abstractNumId w:val="44"/>
  </w:num>
  <w:num w:numId="43">
    <w:abstractNumId w:val="16"/>
  </w:num>
  <w:num w:numId="44">
    <w:abstractNumId w:val="15"/>
  </w:num>
  <w:num w:numId="45">
    <w:abstractNumId w:val="43"/>
  </w:num>
  <w:num w:numId="46">
    <w:abstractNumId w:val="26"/>
  </w:num>
  <w:num w:numId="47">
    <w:abstractNumId w:val="46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3BC2"/>
    <w:rsid w:val="00034616"/>
    <w:rsid w:val="0006063C"/>
    <w:rsid w:val="00111D61"/>
    <w:rsid w:val="0015074B"/>
    <w:rsid w:val="001A59F0"/>
    <w:rsid w:val="0021034D"/>
    <w:rsid w:val="00251B98"/>
    <w:rsid w:val="0029639D"/>
    <w:rsid w:val="002A3038"/>
    <w:rsid w:val="00312A1D"/>
    <w:rsid w:val="00326F90"/>
    <w:rsid w:val="003A414C"/>
    <w:rsid w:val="003F7F67"/>
    <w:rsid w:val="004364C4"/>
    <w:rsid w:val="00445FAC"/>
    <w:rsid w:val="004753CC"/>
    <w:rsid w:val="004940B3"/>
    <w:rsid w:val="004B433E"/>
    <w:rsid w:val="004E4788"/>
    <w:rsid w:val="004F7355"/>
    <w:rsid w:val="00523645"/>
    <w:rsid w:val="00585824"/>
    <w:rsid w:val="005942C6"/>
    <w:rsid w:val="005B200D"/>
    <w:rsid w:val="006421F7"/>
    <w:rsid w:val="007C71D8"/>
    <w:rsid w:val="007F560E"/>
    <w:rsid w:val="0080634F"/>
    <w:rsid w:val="0082657A"/>
    <w:rsid w:val="00835CA6"/>
    <w:rsid w:val="00853056"/>
    <w:rsid w:val="00871653"/>
    <w:rsid w:val="008D3D12"/>
    <w:rsid w:val="0090091B"/>
    <w:rsid w:val="00993506"/>
    <w:rsid w:val="009B744E"/>
    <w:rsid w:val="009F0811"/>
    <w:rsid w:val="00AA1D8D"/>
    <w:rsid w:val="00B47730"/>
    <w:rsid w:val="00B81150"/>
    <w:rsid w:val="00C3795C"/>
    <w:rsid w:val="00C55720"/>
    <w:rsid w:val="00C559EF"/>
    <w:rsid w:val="00C601A0"/>
    <w:rsid w:val="00CB0664"/>
    <w:rsid w:val="00CF6ACD"/>
    <w:rsid w:val="00D41394"/>
    <w:rsid w:val="00E012BA"/>
    <w:rsid w:val="00E4245A"/>
    <w:rsid w:val="00E62968"/>
    <w:rsid w:val="00F23E96"/>
    <w:rsid w:val="00F25445"/>
    <w:rsid w:val="00F833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1C45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9D3A22-212F-4E9F-ACCB-6297931F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115年度高雄市政府6樓以上老舊公寓大廈住宅用火災警報器專案補助計畫（修正版）</dc:title>
  <dc:subject>老舊公寓大廈住警器專案補助計畫</dc:subject>
  <dc:creator>高雄市政府消防局</dc:creator>
  <cp:keywords>住宅用火災警報器, 老舊公寓大廈, 消防安全設備, 專案補助</cp:keywords>
  <dc:description>generated by python-docx</dc:description>
  <cp:lastModifiedBy>user</cp:lastModifiedBy>
  <cp:revision>4</cp:revision>
  <cp:lastPrinted>2026-08-28T09:24:00Z</cp:lastPrinted>
  <dcterms:created xsi:type="dcterms:W3CDTF">2026-07-27T15:06:00Z</dcterms:created>
  <dcterms:modified xsi:type="dcterms:W3CDTF">2026-08-28T09:24:00Z</dcterms:modified>
</cp:coreProperties>
</file>