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A961C" w14:textId="67B2FACF" w:rsidR="004364C4" w:rsidRPr="00E4245A" w:rsidRDefault="006921E2" w:rsidP="00993506">
      <w:pPr>
        <w:spacing w:line="520" w:lineRule="exact"/>
        <w:jc w:val="right"/>
        <w:rPr>
          <w:b/>
          <w:sz w:val="24"/>
          <w:szCs w:val="18"/>
          <w:lang w:eastAsia="zh-TW"/>
        </w:rPr>
      </w:pPr>
      <w:r>
        <w:rPr>
          <w:b/>
          <w:sz w:val="24"/>
          <w:szCs w:val="18"/>
          <w:lang w:eastAsia="zh-TW"/>
        </w:rPr>
        <w:t>附件二</w:t>
      </w:r>
    </w:p>
    <w:p w14:paraId="74860768" w14:textId="7FE9A6BA" w:rsidR="004364C4" w:rsidRPr="0082657A" w:rsidRDefault="00591C53" w:rsidP="004364C4">
      <w:pPr>
        <w:spacing w:line="520" w:lineRule="exact"/>
        <w:jc w:val="center"/>
        <w:rPr>
          <w:b/>
          <w:sz w:val="32"/>
          <w:szCs w:val="32"/>
          <w:lang w:eastAsia="zh-TW"/>
        </w:rPr>
      </w:pPr>
      <w:proofErr w:type="gramStart"/>
      <w:r w:rsidRPr="0082657A">
        <w:rPr>
          <w:b/>
          <w:sz w:val="32"/>
          <w:szCs w:val="32"/>
          <w:lang w:eastAsia="zh-TW"/>
        </w:rPr>
        <w:t>115</w:t>
      </w:r>
      <w:proofErr w:type="gramEnd"/>
      <w:r w:rsidR="00D465C9">
        <w:rPr>
          <w:b/>
          <w:sz w:val="32"/>
          <w:szCs w:val="32"/>
          <w:lang w:eastAsia="zh-TW"/>
        </w:rPr>
        <w:t>年度高雄市</w:t>
      </w:r>
      <w:r w:rsidRPr="0082657A">
        <w:rPr>
          <w:b/>
          <w:sz w:val="32"/>
          <w:szCs w:val="32"/>
          <w:lang w:eastAsia="zh-TW"/>
        </w:rPr>
        <w:t>6</w:t>
      </w:r>
      <w:r w:rsidR="006921E2">
        <w:rPr>
          <w:b/>
          <w:sz w:val="32"/>
          <w:szCs w:val="32"/>
          <w:lang w:eastAsia="zh-TW"/>
        </w:rPr>
        <w:t>樓以上</w:t>
      </w:r>
      <w:r w:rsidRPr="0082657A">
        <w:rPr>
          <w:b/>
          <w:sz w:val="32"/>
          <w:szCs w:val="32"/>
          <w:lang w:eastAsia="zh-TW"/>
        </w:rPr>
        <w:t>公寓大廈</w:t>
      </w:r>
    </w:p>
    <w:p w14:paraId="4179E9B1" w14:textId="38AD89A3" w:rsidR="009B744E" w:rsidRPr="0082657A" w:rsidRDefault="00591C53" w:rsidP="00E4245A">
      <w:pPr>
        <w:spacing w:after="240" w:line="520" w:lineRule="exact"/>
        <w:jc w:val="center"/>
        <w:rPr>
          <w:sz w:val="32"/>
          <w:szCs w:val="32"/>
          <w:lang w:eastAsia="zh-TW"/>
        </w:rPr>
      </w:pPr>
      <w:r w:rsidRPr="0082657A">
        <w:rPr>
          <w:b/>
          <w:sz w:val="32"/>
          <w:szCs w:val="32"/>
          <w:lang w:eastAsia="zh-TW"/>
        </w:rPr>
        <w:t>住宅用火災警報器專案補助場所申請自主檢核表</w:t>
      </w:r>
    </w:p>
    <w:tbl>
      <w:tblPr>
        <w:tblStyle w:val="PlainTable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3047"/>
        <w:gridCol w:w="1725"/>
        <w:gridCol w:w="3091"/>
      </w:tblGrid>
      <w:tr w:rsidR="009B744E" w:rsidRPr="004364C4" w14:paraId="61B70C8D" w14:textId="77777777" w:rsidTr="00993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5" w:type="dxa"/>
            <w:tcBorders>
              <w:bottom w:val="none" w:sz="0" w:space="0" w:color="auto"/>
              <w:right w:val="none" w:sz="0" w:space="0" w:color="auto"/>
            </w:tcBorders>
          </w:tcPr>
          <w:p w14:paraId="7D06F600" w14:textId="77777777" w:rsidR="009B744E" w:rsidRPr="004364C4" w:rsidRDefault="00591C53" w:rsidP="004364C4">
            <w:pPr>
              <w:spacing w:line="520" w:lineRule="exact"/>
              <w:jc w:val="both"/>
              <w:rPr>
                <w:sz w:val="24"/>
                <w:szCs w:val="24"/>
              </w:rPr>
            </w:pPr>
            <w:proofErr w:type="spellStart"/>
            <w:r w:rsidRPr="004364C4">
              <w:rPr>
                <w:sz w:val="24"/>
                <w:szCs w:val="24"/>
              </w:rPr>
              <w:t>申請案件編號</w:t>
            </w:r>
            <w:proofErr w:type="spellEnd"/>
          </w:p>
        </w:tc>
        <w:tc>
          <w:tcPr>
            <w:tcW w:w="3047" w:type="dxa"/>
            <w:tcBorders>
              <w:bottom w:val="none" w:sz="0" w:space="0" w:color="auto"/>
            </w:tcBorders>
          </w:tcPr>
          <w:p w14:paraId="0F1861E1" w14:textId="77777777" w:rsidR="009B744E" w:rsidRPr="004364C4" w:rsidRDefault="00591C53" w:rsidP="004364C4">
            <w:pPr>
              <w:spacing w:line="52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BFBFBF" w:themeColor="background1" w:themeShade="BF"/>
                <w:sz w:val="24"/>
                <w:szCs w:val="24"/>
              </w:rPr>
            </w:pPr>
            <w:r w:rsidRPr="004364C4">
              <w:rPr>
                <w:b w:val="0"/>
                <w:color w:val="BFBFBF" w:themeColor="background1" w:themeShade="BF"/>
                <w:sz w:val="24"/>
                <w:szCs w:val="24"/>
              </w:rPr>
              <w:t>（</w:t>
            </w:r>
            <w:proofErr w:type="spellStart"/>
            <w:r w:rsidRPr="004364C4">
              <w:rPr>
                <w:b w:val="0"/>
                <w:color w:val="BFBFBF" w:themeColor="background1" w:themeShade="BF"/>
                <w:sz w:val="24"/>
                <w:szCs w:val="24"/>
              </w:rPr>
              <w:t>由受理單位填寫</w:t>
            </w:r>
            <w:proofErr w:type="spellEnd"/>
            <w:r w:rsidRPr="004364C4">
              <w:rPr>
                <w:b w:val="0"/>
                <w:color w:val="BFBFBF" w:themeColor="background1" w:themeShade="BF"/>
                <w:sz w:val="24"/>
                <w:szCs w:val="24"/>
              </w:rPr>
              <w:t>）</w:t>
            </w:r>
          </w:p>
        </w:tc>
        <w:tc>
          <w:tcPr>
            <w:tcW w:w="1725" w:type="dxa"/>
            <w:tcBorders>
              <w:bottom w:val="none" w:sz="0" w:space="0" w:color="auto"/>
            </w:tcBorders>
          </w:tcPr>
          <w:p w14:paraId="356F9C3A" w14:textId="77777777" w:rsidR="009B744E" w:rsidRPr="004364C4" w:rsidRDefault="00591C53" w:rsidP="004364C4">
            <w:pPr>
              <w:spacing w:line="52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4364C4">
              <w:rPr>
                <w:sz w:val="24"/>
                <w:szCs w:val="24"/>
              </w:rPr>
              <w:t>填表日期</w:t>
            </w:r>
            <w:proofErr w:type="spellEnd"/>
          </w:p>
        </w:tc>
        <w:tc>
          <w:tcPr>
            <w:tcW w:w="3091" w:type="dxa"/>
            <w:tcBorders>
              <w:bottom w:val="none" w:sz="0" w:space="0" w:color="auto"/>
            </w:tcBorders>
          </w:tcPr>
          <w:p w14:paraId="15C92C59" w14:textId="7F27D7AF" w:rsidR="009B744E" w:rsidRPr="004364C4" w:rsidRDefault="00591C53" w:rsidP="004364C4">
            <w:pPr>
              <w:spacing w:line="52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4364C4">
              <w:rPr>
                <w:b w:val="0"/>
                <w:sz w:val="24"/>
                <w:szCs w:val="24"/>
                <w:lang w:eastAsia="zh-TW"/>
              </w:rPr>
              <w:t>115年　　月　　日</w:t>
            </w:r>
          </w:p>
        </w:tc>
      </w:tr>
      <w:tr w:rsidR="004364C4" w:rsidRPr="004364C4" w14:paraId="31B5DF39" w14:textId="77777777" w:rsidTr="0099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Borders>
              <w:right w:val="none" w:sz="0" w:space="0" w:color="auto"/>
            </w:tcBorders>
          </w:tcPr>
          <w:p w14:paraId="46695C3B" w14:textId="77777777" w:rsidR="004364C4" w:rsidRPr="004364C4" w:rsidRDefault="004364C4" w:rsidP="004364C4">
            <w:pPr>
              <w:spacing w:line="520" w:lineRule="exact"/>
              <w:jc w:val="both"/>
              <w:rPr>
                <w:sz w:val="24"/>
                <w:szCs w:val="24"/>
              </w:rPr>
            </w:pPr>
            <w:proofErr w:type="spellStart"/>
            <w:r w:rsidRPr="004364C4">
              <w:rPr>
                <w:sz w:val="24"/>
                <w:szCs w:val="24"/>
              </w:rPr>
              <w:t>公寓大廈名稱</w:t>
            </w:r>
            <w:proofErr w:type="spellEnd"/>
          </w:p>
        </w:tc>
        <w:tc>
          <w:tcPr>
            <w:tcW w:w="7863" w:type="dxa"/>
            <w:gridSpan w:val="3"/>
          </w:tcPr>
          <w:p w14:paraId="68020CE7" w14:textId="2F91FFCB" w:rsidR="004364C4" w:rsidRPr="004364C4" w:rsidRDefault="004364C4" w:rsidP="004364C4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</w:p>
        </w:tc>
      </w:tr>
      <w:tr w:rsidR="004364C4" w:rsidRPr="004364C4" w14:paraId="20B21598" w14:textId="77777777" w:rsidTr="00993506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Borders>
              <w:right w:val="none" w:sz="0" w:space="0" w:color="auto"/>
            </w:tcBorders>
          </w:tcPr>
          <w:p w14:paraId="0EA86A72" w14:textId="0F1223F4" w:rsidR="004364C4" w:rsidRPr="004364C4" w:rsidRDefault="004364C4" w:rsidP="004364C4">
            <w:pPr>
              <w:spacing w:line="520" w:lineRule="exact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4364C4">
              <w:rPr>
                <w:sz w:val="24"/>
                <w:szCs w:val="24"/>
              </w:rPr>
              <w:t>申請地址</w:t>
            </w:r>
            <w:proofErr w:type="spellEnd"/>
          </w:p>
        </w:tc>
        <w:tc>
          <w:tcPr>
            <w:tcW w:w="7863" w:type="dxa"/>
            <w:gridSpan w:val="3"/>
          </w:tcPr>
          <w:p w14:paraId="766BCD5B" w14:textId="0B47C870" w:rsidR="004364C4" w:rsidRPr="004364C4" w:rsidRDefault="004364C4" w:rsidP="004364C4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4364C4">
              <w:rPr>
                <w:sz w:val="24"/>
                <w:szCs w:val="24"/>
              </w:rPr>
              <w:t>高雄市</w:t>
            </w:r>
            <w:proofErr w:type="spellEnd"/>
            <w:r w:rsidRPr="004364C4">
              <w:rPr>
                <w:sz w:val="24"/>
                <w:szCs w:val="24"/>
              </w:rPr>
              <w:t xml:space="preserve">　　　　區</w:t>
            </w:r>
          </w:p>
        </w:tc>
      </w:tr>
      <w:tr w:rsidR="009B744E" w:rsidRPr="004364C4" w14:paraId="5F2D744A" w14:textId="77777777" w:rsidTr="0099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Borders>
              <w:right w:val="none" w:sz="0" w:space="0" w:color="auto"/>
            </w:tcBorders>
          </w:tcPr>
          <w:p w14:paraId="2941575D" w14:textId="77777777" w:rsidR="009B744E" w:rsidRPr="004364C4" w:rsidRDefault="00591C53" w:rsidP="004364C4">
            <w:pPr>
              <w:spacing w:line="520" w:lineRule="exact"/>
              <w:jc w:val="both"/>
              <w:rPr>
                <w:sz w:val="24"/>
                <w:szCs w:val="24"/>
              </w:rPr>
            </w:pPr>
            <w:proofErr w:type="spellStart"/>
            <w:r w:rsidRPr="004364C4">
              <w:rPr>
                <w:sz w:val="24"/>
                <w:szCs w:val="24"/>
              </w:rPr>
              <w:t>申請人身分</w:t>
            </w:r>
            <w:proofErr w:type="spellEnd"/>
          </w:p>
        </w:tc>
        <w:tc>
          <w:tcPr>
            <w:tcW w:w="3047" w:type="dxa"/>
          </w:tcPr>
          <w:p w14:paraId="46E437DC" w14:textId="77777777" w:rsidR="004364C4" w:rsidRDefault="00591C53" w:rsidP="004364C4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4364C4">
              <w:rPr>
                <w:sz w:val="24"/>
                <w:szCs w:val="24"/>
                <w:lang w:eastAsia="zh-TW"/>
              </w:rPr>
              <w:t xml:space="preserve">□管理委員會　</w:t>
            </w:r>
          </w:p>
          <w:p w14:paraId="4AC15377" w14:textId="0F0ED3E9" w:rsidR="009B744E" w:rsidRPr="004364C4" w:rsidRDefault="00591C53" w:rsidP="004364C4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4364C4">
              <w:rPr>
                <w:sz w:val="24"/>
                <w:szCs w:val="24"/>
                <w:lang w:eastAsia="zh-TW"/>
              </w:rPr>
              <w:t>□管理負責人</w:t>
            </w:r>
          </w:p>
        </w:tc>
        <w:tc>
          <w:tcPr>
            <w:tcW w:w="1725" w:type="dxa"/>
            <w:vAlign w:val="center"/>
          </w:tcPr>
          <w:p w14:paraId="75ABDD69" w14:textId="77777777" w:rsidR="009B744E" w:rsidRPr="004364C4" w:rsidRDefault="00591C53" w:rsidP="00993506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4364C4">
              <w:rPr>
                <w:b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3091" w:type="dxa"/>
            <w:vAlign w:val="center"/>
          </w:tcPr>
          <w:p w14:paraId="5D59F589" w14:textId="77777777" w:rsidR="009B744E" w:rsidRPr="004364C4" w:rsidRDefault="009B744E" w:rsidP="00993506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364C4" w:rsidRPr="004364C4" w14:paraId="1D5EE73D" w14:textId="77777777" w:rsidTr="00993506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Borders>
              <w:right w:val="none" w:sz="0" w:space="0" w:color="auto"/>
            </w:tcBorders>
          </w:tcPr>
          <w:p w14:paraId="6DD32DD2" w14:textId="08973099" w:rsidR="004364C4" w:rsidRPr="004364C4" w:rsidRDefault="004364C4" w:rsidP="004364C4">
            <w:pPr>
              <w:spacing w:line="520" w:lineRule="exact"/>
              <w:jc w:val="both"/>
              <w:rPr>
                <w:sz w:val="24"/>
                <w:szCs w:val="24"/>
              </w:rPr>
            </w:pPr>
            <w:proofErr w:type="spellStart"/>
            <w:r w:rsidRPr="004364C4">
              <w:rPr>
                <w:sz w:val="24"/>
                <w:szCs w:val="24"/>
              </w:rPr>
              <w:t>通訊地址</w:t>
            </w:r>
            <w:proofErr w:type="spellEnd"/>
          </w:p>
        </w:tc>
        <w:tc>
          <w:tcPr>
            <w:tcW w:w="7863" w:type="dxa"/>
            <w:gridSpan w:val="3"/>
          </w:tcPr>
          <w:p w14:paraId="74D7FF02" w14:textId="0C08A43E" w:rsidR="004364C4" w:rsidRPr="004364C4" w:rsidRDefault="004364C4" w:rsidP="004364C4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364C4" w:rsidRPr="004364C4" w14:paraId="76E7E076" w14:textId="77777777" w:rsidTr="0099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Borders>
              <w:right w:val="none" w:sz="0" w:space="0" w:color="auto"/>
            </w:tcBorders>
          </w:tcPr>
          <w:p w14:paraId="6CD35422" w14:textId="26EDEBCE" w:rsidR="004364C4" w:rsidRPr="004364C4" w:rsidRDefault="004364C4" w:rsidP="004364C4">
            <w:pPr>
              <w:spacing w:line="520" w:lineRule="exact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4364C4">
              <w:rPr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7863" w:type="dxa"/>
            <w:gridSpan w:val="3"/>
          </w:tcPr>
          <w:p w14:paraId="151C39F3" w14:textId="1317699C" w:rsidR="004364C4" w:rsidRPr="004364C4" w:rsidRDefault="004364C4" w:rsidP="004364C4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(公)                    (行動電話)</w:t>
            </w:r>
          </w:p>
        </w:tc>
      </w:tr>
      <w:tr w:rsidR="004364C4" w:rsidRPr="004364C4" w14:paraId="00816291" w14:textId="77777777" w:rsidTr="00993506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Borders>
              <w:right w:val="none" w:sz="0" w:space="0" w:color="auto"/>
            </w:tcBorders>
          </w:tcPr>
          <w:p w14:paraId="5CD9DE35" w14:textId="030234E2" w:rsidR="004364C4" w:rsidRPr="004364C4" w:rsidRDefault="004364C4" w:rsidP="004364C4">
            <w:pPr>
              <w:spacing w:line="52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管委會/</w:t>
            </w:r>
            <w:proofErr w:type="spellStart"/>
            <w:r w:rsidRPr="004364C4">
              <w:rPr>
                <w:sz w:val="24"/>
                <w:szCs w:val="24"/>
              </w:rPr>
              <w:t>組織報備文號</w:t>
            </w:r>
            <w:proofErr w:type="spellEnd"/>
          </w:p>
        </w:tc>
        <w:tc>
          <w:tcPr>
            <w:tcW w:w="7863" w:type="dxa"/>
            <w:gridSpan w:val="3"/>
          </w:tcPr>
          <w:p w14:paraId="1489AB68" w14:textId="2E8F4924" w:rsidR="004364C4" w:rsidRPr="004364C4" w:rsidRDefault="004364C4" w:rsidP="004364C4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364C4" w:rsidRPr="004364C4" w14:paraId="45A0C3CC" w14:textId="77777777" w:rsidTr="0099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Borders>
              <w:right w:val="none" w:sz="0" w:space="0" w:color="auto"/>
            </w:tcBorders>
          </w:tcPr>
          <w:p w14:paraId="519B7CFD" w14:textId="77777777" w:rsidR="004364C4" w:rsidRDefault="004364C4" w:rsidP="004364C4">
            <w:pPr>
              <w:spacing w:line="520" w:lineRule="exact"/>
              <w:jc w:val="center"/>
              <w:rPr>
                <w:b w:val="0"/>
                <w:bCs w:val="0"/>
                <w:caps w:val="0"/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建築物</w:t>
            </w:r>
          </w:p>
          <w:p w14:paraId="0573E0D9" w14:textId="21BC587D" w:rsidR="004364C4" w:rsidRPr="004364C4" w:rsidRDefault="004364C4" w:rsidP="004364C4">
            <w:pPr>
              <w:spacing w:line="520" w:lineRule="exac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4364C4">
              <w:rPr>
                <w:sz w:val="24"/>
                <w:szCs w:val="24"/>
              </w:rPr>
              <w:t>使用執照號碼</w:t>
            </w:r>
            <w:proofErr w:type="spellEnd"/>
          </w:p>
        </w:tc>
        <w:tc>
          <w:tcPr>
            <w:tcW w:w="7863" w:type="dxa"/>
            <w:gridSpan w:val="3"/>
          </w:tcPr>
          <w:p w14:paraId="06BAC192" w14:textId="77777777" w:rsidR="004364C4" w:rsidRPr="004364C4" w:rsidRDefault="004364C4" w:rsidP="004364C4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364C4" w:rsidRPr="004364C4" w14:paraId="42DC326B" w14:textId="77777777" w:rsidTr="00993506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Borders>
              <w:right w:val="none" w:sz="0" w:space="0" w:color="auto"/>
            </w:tcBorders>
          </w:tcPr>
          <w:p w14:paraId="0F27F8E7" w14:textId="77777777" w:rsidR="004364C4" w:rsidRDefault="004364C4" w:rsidP="004364C4">
            <w:pPr>
              <w:spacing w:line="520" w:lineRule="exact"/>
              <w:jc w:val="center"/>
              <w:rPr>
                <w:b w:val="0"/>
                <w:bCs w:val="0"/>
                <w:caps w:val="0"/>
                <w:sz w:val="24"/>
                <w:szCs w:val="24"/>
                <w:lang w:eastAsia="zh-TW"/>
              </w:rPr>
            </w:pPr>
            <w:proofErr w:type="spellStart"/>
            <w:r w:rsidRPr="004364C4">
              <w:rPr>
                <w:sz w:val="24"/>
                <w:szCs w:val="24"/>
              </w:rPr>
              <w:t>建築物</w:t>
            </w:r>
            <w:proofErr w:type="spellEnd"/>
          </w:p>
          <w:p w14:paraId="7EAF0779" w14:textId="6660158F" w:rsidR="004364C4" w:rsidRPr="004364C4" w:rsidRDefault="004364C4" w:rsidP="004364C4">
            <w:pPr>
              <w:spacing w:line="520" w:lineRule="exact"/>
              <w:jc w:val="center"/>
              <w:rPr>
                <w:sz w:val="24"/>
                <w:szCs w:val="24"/>
              </w:rPr>
            </w:pPr>
            <w:proofErr w:type="spellStart"/>
            <w:r w:rsidRPr="004364C4">
              <w:rPr>
                <w:sz w:val="24"/>
                <w:szCs w:val="24"/>
              </w:rPr>
              <w:t>基本資料</w:t>
            </w:r>
            <w:proofErr w:type="spellEnd"/>
          </w:p>
        </w:tc>
        <w:tc>
          <w:tcPr>
            <w:tcW w:w="7863" w:type="dxa"/>
            <w:gridSpan w:val="3"/>
          </w:tcPr>
          <w:p w14:paraId="7E2A967D" w14:textId="456AD982" w:rsidR="004364C4" w:rsidRPr="004364C4" w:rsidRDefault="004364C4" w:rsidP="004364C4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4364C4">
              <w:rPr>
                <w:sz w:val="24"/>
                <w:szCs w:val="24"/>
                <w:lang w:eastAsia="zh-TW"/>
              </w:rPr>
              <w:t xml:space="preserve">地上　　　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  </w:t>
            </w:r>
            <w:r w:rsidRPr="004364C4">
              <w:rPr>
                <w:sz w:val="24"/>
                <w:szCs w:val="24"/>
                <w:lang w:eastAsia="zh-TW"/>
              </w:rPr>
              <w:t xml:space="preserve">層；屋齡　　　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    </w:t>
            </w:r>
            <w:r w:rsidRPr="004364C4">
              <w:rPr>
                <w:sz w:val="24"/>
                <w:szCs w:val="24"/>
                <w:lang w:eastAsia="zh-TW"/>
              </w:rPr>
              <w:t>年</w:t>
            </w:r>
          </w:p>
        </w:tc>
      </w:tr>
      <w:tr w:rsidR="004364C4" w:rsidRPr="004364C4" w14:paraId="6AE6B167" w14:textId="77777777" w:rsidTr="0099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vMerge w:val="restart"/>
            <w:tcBorders>
              <w:right w:val="none" w:sz="0" w:space="0" w:color="auto"/>
            </w:tcBorders>
            <w:vAlign w:val="center"/>
          </w:tcPr>
          <w:p w14:paraId="3D837D71" w14:textId="63D68E14" w:rsidR="004364C4" w:rsidRPr="004364C4" w:rsidRDefault="004364C4" w:rsidP="00C559EF">
            <w:pPr>
              <w:spacing w:line="520" w:lineRule="exact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4364C4">
              <w:rPr>
                <w:sz w:val="24"/>
                <w:szCs w:val="24"/>
              </w:rPr>
              <w:t>住宅使用情形</w:t>
            </w:r>
            <w:proofErr w:type="spellEnd"/>
          </w:p>
        </w:tc>
        <w:tc>
          <w:tcPr>
            <w:tcW w:w="7863" w:type="dxa"/>
            <w:gridSpan w:val="3"/>
          </w:tcPr>
          <w:p w14:paraId="26E99ADC" w14:textId="162E65FE" w:rsidR="004364C4" w:rsidRPr="004364C4" w:rsidRDefault="004364C4" w:rsidP="004364C4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住戶</w:t>
            </w:r>
            <w:r w:rsidRPr="004364C4">
              <w:rPr>
                <w:sz w:val="24"/>
                <w:szCs w:val="24"/>
                <w:lang w:eastAsia="zh-TW"/>
              </w:rPr>
              <w:t xml:space="preserve">總戶數　　　</w:t>
            </w:r>
            <w:r w:rsidR="00523645">
              <w:rPr>
                <w:rFonts w:hint="eastAsia"/>
                <w:sz w:val="24"/>
                <w:szCs w:val="24"/>
                <w:lang w:eastAsia="zh-TW"/>
              </w:rPr>
              <w:t xml:space="preserve">         </w:t>
            </w:r>
            <w:r w:rsidRPr="004364C4">
              <w:rPr>
                <w:sz w:val="24"/>
                <w:szCs w:val="24"/>
                <w:lang w:eastAsia="zh-TW"/>
              </w:rPr>
              <w:t xml:space="preserve">戶；實際居住　　　</w:t>
            </w:r>
            <w:r w:rsidR="00523645">
              <w:rPr>
                <w:rFonts w:hint="eastAsia"/>
                <w:sz w:val="24"/>
                <w:szCs w:val="24"/>
                <w:lang w:eastAsia="zh-TW"/>
              </w:rPr>
              <w:t xml:space="preserve">         </w:t>
            </w:r>
            <w:r w:rsidRPr="004364C4">
              <w:rPr>
                <w:sz w:val="24"/>
                <w:szCs w:val="24"/>
                <w:lang w:eastAsia="zh-TW"/>
              </w:rPr>
              <w:t>戶</w:t>
            </w:r>
          </w:p>
        </w:tc>
      </w:tr>
      <w:tr w:rsidR="004364C4" w:rsidRPr="004364C4" w14:paraId="70303A12" w14:textId="77777777" w:rsidTr="00993506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vMerge/>
            <w:tcBorders>
              <w:right w:val="none" w:sz="0" w:space="0" w:color="auto"/>
            </w:tcBorders>
          </w:tcPr>
          <w:p w14:paraId="3FBDF386" w14:textId="77777777" w:rsidR="004364C4" w:rsidRPr="004364C4" w:rsidRDefault="004364C4" w:rsidP="004364C4">
            <w:pPr>
              <w:spacing w:line="520" w:lineRule="exact"/>
              <w:jc w:val="both"/>
              <w:rPr>
                <w:b w:val="0"/>
                <w:sz w:val="24"/>
                <w:szCs w:val="24"/>
                <w:lang w:eastAsia="zh-TW"/>
              </w:rPr>
            </w:pPr>
          </w:p>
        </w:tc>
        <w:tc>
          <w:tcPr>
            <w:tcW w:w="7863" w:type="dxa"/>
            <w:gridSpan w:val="3"/>
          </w:tcPr>
          <w:p w14:paraId="29B06C1C" w14:textId="143960E1" w:rsidR="004364C4" w:rsidRPr="004364C4" w:rsidRDefault="004364C4" w:rsidP="004364C4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  <w:lang w:eastAsia="zh-TW"/>
              </w:rPr>
            </w:pPr>
            <w:r w:rsidRPr="004364C4">
              <w:rPr>
                <w:bCs/>
                <w:sz w:val="24"/>
                <w:szCs w:val="24"/>
                <w:lang w:eastAsia="zh-TW"/>
              </w:rPr>
              <w:t xml:space="preserve">共用梯間   </w:t>
            </w:r>
            <w:r>
              <w:rPr>
                <w:rFonts w:hint="eastAsia"/>
                <w:bCs/>
                <w:sz w:val="24"/>
                <w:szCs w:val="24"/>
                <w:lang w:eastAsia="zh-TW"/>
              </w:rPr>
              <w:t xml:space="preserve">     </w:t>
            </w:r>
            <w:r w:rsidR="00523645">
              <w:rPr>
                <w:rFonts w:hint="eastAsia"/>
                <w:bCs/>
                <w:sz w:val="24"/>
                <w:szCs w:val="24"/>
                <w:lang w:eastAsia="zh-TW"/>
              </w:rPr>
              <w:t xml:space="preserve">         </w:t>
            </w:r>
            <w:r w:rsidRPr="004364C4">
              <w:rPr>
                <w:bCs/>
                <w:sz w:val="24"/>
                <w:szCs w:val="24"/>
                <w:lang w:eastAsia="zh-TW"/>
              </w:rPr>
              <w:t xml:space="preserve">座；預計裝設　　　</w:t>
            </w:r>
            <w:r w:rsidR="00523645">
              <w:rPr>
                <w:rFonts w:hint="eastAsia"/>
                <w:bCs/>
                <w:sz w:val="24"/>
                <w:szCs w:val="24"/>
                <w:lang w:eastAsia="zh-TW"/>
              </w:rPr>
              <w:t xml:space="preserve">         </w:t>
            </w:r>
            <w:r w:rsidRPr="004364C4">
              <w:rPr>
                <w:bCs/>
                <w:sz w:val="24"/>
                <w:szCs w:val="24"/>
                <w:lang w:eastAsia="zh-TW"/>
              </w:rPr>
              <w:t>處</w:t>
            </w:r>
          </w:p>
        </w:tc>
      </w:tr>
      <w:tr w:rsidR="004364C4" w:rsidRPr="004364C4" w14:paraId="638A57B3" w14:textId="77777777" w:rsidTr="0099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tcBorders>
              <w:right w:val="none" w:sz="0" w:space="0" w:color="auto"/>
            </w:tcBorders>
          </w:tcPr>
          <w:p w14:paraId="40CFEDEA" w14:textId="77777777" w:rsidR="004364C4" w:rsidRPr="004364C4" w:rsidRDefault="004364C4" w:rsidP="004364C4">
            <w:pPr>
              <w:spacing w:line="520" w:lineRule="exact"/>
              <w:jc w:val="center"/>
              <w:rPr>
                <w:b w:val="0"/>
                <w:bCs w:val="0"/>
                <w:caps w:val="0"/>
                <w:sz w:val="24"/>
                <w:szCs w:val="24"/>
                <w:lang w:eastAsia="zh-TW"/>
              </w:rPr>
            </w:pPr>
            <w:proofErr w:type="spellStart"/>
            <w:r w:rsidRPr="004364C4">
              <w:rPr>
                <w:sz w:val="24"/>
                <w:szCs w:val="24"/>
              </w:rPr>
              <w:t>消防設備</w:t>
            </w:r>
            <w:proofErr w:type="spellEnd"/>
          </w:p>
          <w:p w14:paraId="14871A33" w14:textId="5801315F" w:rsidR="004364C4" w:rsidRPr="004364C4" w:rsidRDefault="004364C4" w:rsidP="004364C4">
            <w:pPr>
              <w:spacing w:line="520" w:lineRule="exact"/>
              <w:jc w:val="center"/>
              <w:rPr>
                <w:sz w:val="24"/>
                <w:szCs w:val="24"/>
              </w:rPr>
            </w:pPr>
            <w:proofErr w:type="spellStart"/>
            <w:r w:rsidRPr="004364C4">
              <w:rPr>
                <w:sz w:val="24"/>
                <w:szCs w:val="24"/>
              </w:rPr>
              <w:t>缺失概況</w:t>
            </w:r>
            <w:proofErr w:type="spellEnd"/>
          </w:p>
        </w:tc>
        <w:tc>
          <w:tcPr>
            <w:tcW w:w="7863" w:type="dxa"/>
            <w:gridSpan w:val="3"/>
          </w:tcPr>
          <w:p w14:paraId="12690FA8" w14:textId="298BC576" w:rsidR="004364C4" w:rsidRPr="004364C4" w:rsidRDefault="004364C4" w:rsidP="004364C4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4364C4">
              <w:rPr>
                <w:sz w:val="24"/>
                <w:szCs w:val="24"/>
                <w:lang w:eastAsia="zh-TW"/>
              </w:rPr>
              <w:t xml:space="preserve">　　　　</w:t>
            </w:r>
          </w:p>
        </w:tc>
      </w:tr>
      <w:tr w:rsidR="004364C4" w:rsidRPr="004364C4" w14:paraId="5821B5B7" w14:textId="77777777" w:rsidTr="00993506">
        <w:trPr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vMerge w:val="restart"/>
            <w:tcBorders>
              <w:right w:val="none" w:sz="0" w:space="0" w:color="auto"/>
            </w:tcBorders>
          </w:tcPr>
          <w:p w14:paraId="56DCF3FC" w14:textId="77777777" w:rsidR="004364C4" w:rsidRDefault="004364C4" w:rsidP="004364C4">
            <w:pPr>
              <w:spacing w:line="520" w:lineRule="exact"/>
              <w:jc w:val="center"/>
              <w:rPr>
                <w:b w:val="0"/>
                <w:caps w:val="0"/>
                <w:sz w:val="24"/>
                <w:szCs w:val="24"/>
                <w:lang w:eastAsia="zh-TW"/>
              </w:rPr>
            </w:pPr>
            <w:r w:rsidRPr="004364C4">
              <w:rPr>
                <w:bCs w:val="0"/>
                <w:sz w:val="24"/>
                <w:szCs w:val="24"/>
                <w:lang w:eastAsia="zh-TW"/>
              </w:rPr>
              <w:t>住警器申請</w:t>
            </w:r>
          </w:p>
          <w:p w14:paraId="49AE372F" w14:textId="7A2E220B" w:rsidR="004364C4" w:rsidRPr="004364C4" w:rsidRDefault="004364C4" w:rsidP="004364C4">
            <w:pPr>
              <w:spacing w:line="520" w:lineRule="exact"/>
              <w:jc w:val="center"/>
              <w:rPr>
                <w:bCs w:val="0"/>
                <w:sz w:val="24"/>
                <w:szCs w:val="24"/>
                <w:lang w:eastAsia="zh-TW"/>
              </w:rPr>
            </w:pPr>
            <w:r w:rsidRPr="004364C4">
              <w:rPr>
                <w:bCs w:val="0"/>
                <w:sz w:val="24"/>
                <w:szCs w:val="24"/>
                <w:lang w:eastAsia="zh-TW"/>
              </w:rPr>
              <w:t>補助數量</w:t>
            </w:r>
          </w:p>
        </w:tc>
        <w:tc>
          <w:tcPr>
            <w:tcW w:w="7863" w:type="dxa"/>
            <w:gridSpan w:val="3"/>
          </w:tcPr>
          <w:p w14:paraId="6BB69FEA" w14:textId="3CBC17A7" w:rsidR="004364C4" w:rsidRPr="004364C4" w:rsidRDefault="004364C4" w:rsidP="004364C4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4364C4">
              <w:rPr>
                <w:sz w:val="24"/>
                <w:szCs w:val="24"/>
                <w:lang w:eastAsia="zh-TW"/>
              </w:rPr>
              <w:t xml:space="preserve">住戶專用部分　　　</w:t>
            </w:r>
            <w:r w:rsidR="001A59F0">
              <w:rPr>
                <w:rFonts w:hint="eastAsia"/>
                <w:sz w:val="24"/>
                <w:szCs w:val="24"/>
                <w:lang w:eastAsia="zh-TW"/>
              </w:rPr>
              <w:t xml:space="preserve">  </w:t>
            </w:r>
            <w:r w:rsidRPr="004364C4">
              <w:rPr>
                <w:sz w:val="24"/>
                <w:szCs w:val="24"/>
                <w:lang w:eastAsia="zh-TW"/>
              </w:rPr>
              <w:t>顆</w:t>
            </w:r>
          </w:p>
        </w:tc>
      </w:tr>
      <w:tr w:rsidR="004364C4" w:rsidRPr="004364C4" w14:paraId="34795F31" w14:textId="77777777" w:rsidTr="0099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  <w:vMerge/>
            <w:tcBorders>
              <w:right w:val="none" w:sz="0" w:space="0" w:color="auto"/>
            </w:tcBorders>
          </w:tcPr>
          <w:p w14:paraId="4D536CA8" w14:textId="7588F6D1" w:rsidR="004364C4" w:rsidRPr="004364C4" w:rsidRDefault="004364C4" w:rsidP="004364C4">
            <w:pPr>
              <w:spacing w:line="520" w:lineRule="exact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7863" w:type="dxa"/>
            <w:gridSpan w:val="3"/>
          </w:tcPr>
          <w:p w14:paraId="604AE67E" w14:textId="0B7984FE" w:rsidR="004364C4" w:rsidRPr="004364C4" w:rsidRDefault="004364C4" w:rsidP="004364C4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4364C4">
              <w:rPr>
                <w:sz w:val="24"/>
                <w:szCs w:val="24"/>
                <w:lang w:eastAsia="zh-TW"/>
              </w:rPr>
              <w:t xml:space="preserve">公共空間梯間　　　</w:t>
            </w:r>
            <w:r w:rsidR="001A59F0">
              <w:rPr>
                <w:rFonts w:hint="eastAsia"/>
                <w:sz w:val="24"/>
                <w:szCs w:val="24"/>
                <w:lang w:eastAsia="zh-TW"/>
              </w:rPr>
              <w:t xml:space="preserve">  </w:t>
            </w:r>
            <w:r w:rsidRPr="004364C4">
              <w:rPr>
                <w:sz w:val="24"/>
                <w:szCs w:val="24"/>
                <w:lang w:eastAsia="zh-TW"/>
              </w:rPr>
              <w:t>顆；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        </w:t>
            </w:r>
            <w:r w:rsidRPr="004364C4">
              <w:rPr>
                <w:sz w:val="24"/>
                <w:szCs w:val="24"/>
                <w:lang w:eastAsia="zh-TW"/>
              </w:rPr>
              <w:t>合計</w:t>
            </w:r>
            <w:r>
              <w:rPr>
                <w:rFonts w:hint="eastAsia"/>
                <w:sz w:val="24"/>
                <w:szCs w:val="24"/>
                <w:lang w:eastAsia="zh-TW"/>
              </w:rPr>
              <w:t>申請</w:t>
            </w:r>
            <w:r w:rsidRPr="004364C4">
              <w:rPr>
                <w:sz w:val="24"/>
                <w:szCs w:val="24"/>
                <w:lang w:eastAsia="zh-TW"/>
              </w:rPr>
              <w:t xml:space="preserve">　　　</w:t>
            </w:r>
            <w:r w:rsidR="001A59F0">
              <w:rPr>
                <w:rFonts w:hint="eastAsia"/>
                <w:sz w:val="24"/>
                <w:szCs w:val="24"/>
                <w:lang w:eastAsia="zh-TW"/>
              </w:rPr>
              <w:t xml:space="preserve">  </w:t>
            </w:r>
            <w:r w:rsidRPr="004364C4">
              <w:rPr>
                <w:sz w:val="24"/>
                <w:szCs w:val="24"/>
                <w:lang w:eastAsia="zh-TW"/>
              </w:rPr>
              <w:t>顆</w:t>
            </w:r>
          </w:p>
        </w:tc>
      </w:tr>
    </w:tbl>
    <w:p w14:paraId="2F45B876" w14:textId="58743227" w:rsidR="004364C4" w:rsidRPr="00523645" w:rsidRDefault="00523645" w:rsidP="00523645">
      <w:pPr>
        <w:spacing w:before="240"/>
        <w:jc w:val="center"/>
        <w:rPr>
          <w:rFonts w:cs="新細明體"/>
          <w:color w:val="000000" w:themeColor="text1"/>
          <w:sz w:val="24"/>
          <w:szCs w:val="16"/>
          <w:lang w:eastAsia="zh-TW"/>
        </w:rPr>
      </w:pPr>
      <w:r w:rsidRPr="00523645">
        <w:rPr>
          <w:rFonts w:cs="新細明體"/>
          <w:color w:val="000000" w:themeColor="text1"/>
          <w:sz w:val="24"/>
          <w:szCs w:val="16"/>
        </w:rPr>
        <w:t>第1頁，共2頁</w:t>
      </w:r>
    </w:p>
    <w:p w14:paraId="21338CB2" w14:textId="77777777" w:rsidR="004364C4" w:rsidRDefault="004364C4">
      <w:pPr>
        <w:spacing w:after="200"/>
        <w:rPr>
          <w:lang w:eastAsia="zh-TW"/>
        </w:rPr>
      </w:pPr>
      <w:r>
        <w:rPr>
          <w:lang w:eastAsia="zh-TW"/>
        </w:rPr>
        <w:br w:type="page"/>
      </w:r>
    </w:p>
    <w:p w14:paraId="3CE1D990" w14:textId="3F6440C1" w:rsidR="00993506" w:rsidRDefault="00993506"/>
    <w:tbl>
      <w:tblPr>
        <w:tblStyle w:val="PlainTable3"/>
        <w:tblW w:w="10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5612"/>
        <w:gridCol w:w="1622"/>
        <w:gridCol w:w="2460"/>
      </w:tblGrid>
      <w:tr w:rsidR="009B744E" w:rsidRPr="00523645" w14:paraId="2963F536" w14:textId="77777777" w:rsidTr="009935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4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24" w:type="dxa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20C262A8" w14:textId="11D1E8EF" w:rsidR="009B744E" w:rsidRPr="00523645" w:rsidRDefault="00591C53" w:rsidP="00523645">
            <w:pPr>
              <w:spacing w:line="520" w:lineRule="exact"/>
              <w:jc w:val="both"/>
              <w:rPr>
                <w:sz w:val="24"/>
                <w:szCs w:val="24"/>
              </w:rPr>
            </w:pPr>
            <w:proofErr w:type="spellStart"/>
            <w:r w:rsidRPr="00523645">
              <w:rPr>
                <w:sz w:val="24"/>
                <w:szCs w:val="24"/>
              </w:rPr>
              <w:t>項次</w:t>
            </w:r>
            <w:proofErr w:type="spellEnd"/>
          </w:p>
        </w:tc>
        <w:tc>
          <w:tcPr>
            <w:tcW w:w="5612" w:type="dxa"/>
            <w:tcBorders>
              <w:bottom w:val="none" w:sz="0" w:space="0" w:color="auto"/>
            </w:tcBorders>
            <w:vAlign w:val="center"/>
          </w:tcPr>
          <w:p w14:paraId="5C4F8E10" w14:textId="77777777" w:rsidR="009B744E" w:rsidRPr="00523645" w:rsidRDefault="00591C53" w:rsidP="00523645">
            <w:pPr>
              <w:spacing w:line="52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23645">
              <w:rPr>
                <w:sz w:val="24"/>
                <w:szCs w:val="24"/>
              </w:rPr>
              <w:t>自主檢核項目</w:t>
            </w:r>
            <w:proofErr w:type="spellEnd"/>
          </w:p>
        </w:tc>
        <w:tc>
          <w:tcPr>
            <w:tcW w:w="1622" w:type="dxa"/>
            <w:tcBorders>
              <w:bottom w:val="none" w:sz="0" w:space="0" w:color="auto"/>
            </w:tcBorders>
            <w:vAlign w:val="center"/>
          </w:tcPr>
          <w:p w14:paraId="7309DD24" w14:textId="77777777" w:rsidR="009B744E" w:rsidRPr="00523645" w:rsidRDefault="00591C53" w:rsidP="00523645">
            <w:pPr>
              <w:spacing w:line="52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23645">
              <w:rPr>
                <w:sz w:val="24"/>
                <w:szCs w:val="24"/>
              </w:rPr>
              <w:t>自行檢核</w:t>
            </w:r>
            <w:proofErr w:type="spellEnd"/>
          </w:p>
        </w:tc>
        <w:tc>
          <w:tcPr>
            <w:tcW w:w="2460" w:type="dxa"/>
            <w:tcBorders>
              <w:bottom w:val="none" w:sz="0" w:space="0" w:color="auto"/>
            </w:tcBorders>
            <w:vAlign w:val="center"/>
          </w:tcPr>
          <w:p w14:paraId="5C75AC68" w14:textId="77777777" w:rsidR="009B744E" w:rsidRPr="00523645" w:rsidRDefault="00591C53" w:rsidP="00523645">
            <w:pPr>
              <w:spacing w:line="52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23645">
              <w:rPr>
                <w:sz w:val="24"/>
                <w:szCs w:val="24"/>
              </w:rPr>
              <w:t>應備證明文件</w:t>
            </w:r>
            <w:proofErr w:type="spellEnd"/>
          </w:p>
        </w:tc>
      </w:tr>
      <w:tr w:rsidR="009B744E" w:rsidRPr="00523645" w14:paraId="365FB91F" w14:textId="77777777" w:rsidTr="0099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tcBorders>
              <w:right w:val="none" w:sz="0" w:space="0" w:color="auto"/>
            </w:tcBorders>
            <w:vAlign w:val="center"/>
          </w:tcPr>
          <w:p w14:paraId="7AC2F3E0" w14:textId="77777777" w:rsidR="009B744E" w:rsidRPr="00523645" w:rsidRDefault="00591C53" w:rsidP="00523645">
            <w:pPr>
              <w:spacing w:line="520" w:lineRule="exact"/>
              <w:jc w:val="center"/>
              <w:rPr>
                <w:sz w:val="24"/>
                <w:szCs w:val="24"/>
              </w:rPr>
            </w:pPr>
            <w:r w:rsidRPr="0052364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612" w:type="dxa"/>
            <w:vAlign w:val="center"/>
          </w:tcPr>
          <w:p w14:paraId="2412E1B8" w14:textId="77777777" w:rsidR="009B744E" w:rsidRPr="00523645" w:rsidRDefault="00591C53" w:rsidP="00523645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523645">
              <w:rPr>
                <w:sz w:val="24"/>
                <w:szCs w:val="24"/>
                <w:lang w:eastAsia="zh-TW"/>
              </w:rPr>
              <w:t>建築物為地上6樓以上。</w:t>
            </w:r>
          </w:p>
        </w:tc>
        <w:tc>
          <w:tcPr>
            <w:tcW w:w="1622" w:type="dxa"/>
            <w:vAlign w:val="center"/>
          </w:tcPr>
          <w:p w14:paraId="036A27BD" w14:textId="77777777" w:rsidR="009B744E" w:rsidRPr="00523645" w:rsidRDefault="00591C53" w:rsidP="00523645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3645">
              <w:rPr>
                <w:sz w:val="24"/>
                <w:szCs w:val="24"/>
              </w:rPr>
              <w:t>□是　□否</w:t>
            </w:r>
          </w:p>
        </w:tc>
        <w:tc>
          <w:tcPr>
            <w:tcW w:w="2460" w:type="dxa"/>
            <w:vAlign w:val="center"/>
          </w:tcPr>
          <w:p w14:paraId="1A83339C" w14:textId="77777777" w:rsidR="009B744E" w:rsidRPr="00523645" w:rsidRDefault="00591C53" w:rsidP="00523645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23645">
              <w:rPr>
                <w:sz w:val="24"/>
                <w:szCs w:val="24"/>
              </w:rPr>
              <w:t>使用執照或證明文件</w:t>
            </w:r>
            <w:proofErr w:type="spellEnd"/>
          </w:p>
        </w:tc>
      </w:tr>
      <w:tr w:rsidR="006921E2" w:rsidRPr="00523645" w14:paraId="236B09C3" w14:textId="77777777" w:rsidTr="00993506">
        <w:trPr>
          <w:trHeight w:val="6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tcBorders>
              <w:right w:val="none" w:sz="0" w:space="0" w:color="auto"/>
            </w:tcBorders>
            <w:vAlign w:val="center"/>
          </w:tcPr>
          <w:p w14:paraId="114D9EC0" w14:textId="77777777" w:rsidR="006921E2" w:rsidRPr="00523645" w:rsidRDefault="006921E2" w:rsidP="00523645">
            <w:pPr>
              <w:spacing w:line="520" w:lineRule="exact"/>
              <w:jc w:val="center"/>
              <w:rPr>
                <w:sz w:val="24"/>
                <w:szCs w:val="24"/>
              </w:rPr>
            </w:pPr>
            <w:r w:rsidRPr="0052364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5612" w:type="dxa"/>
            <w:vAlign w:val="center"/>
          </w:tcPr>
          <w:p w14:paraId="69CFDFF9" w14:textId="2036328B" w:rsidR="006921E2" w:rsidRPr="00523645" w:rsidRDefault="006921E2" w:rsidP="00523645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523645">
              <w:rPr>
                <w:sz w:val="24"/>
                <w:szCs w:val="24"/>
                <w:lang w:eastAsia="zh-TW"/>
              </w:rPr>
              <w:t>主要供集合住宅使用，且有實際居住事實。</w:t>
            </w:r>
          </w:p>
        </w:tc>
        <w:tc>
          <w:tcPr>
            <w:tcW w:w="1622" w:type="dxa"/>
            <w:vAlign w:val="center"/>
          </w:tcPr>
          <w:p w14:paraId="66D04472" w14:textId="5A3DB5A4" w:rsidR="006921E2" w:rsidRPr="00523645" w:rsidRDefault="006921E2" w:rsidP="00523645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3645">
              <w:rPr>
                <w:sz w:val="24"/>
                <w:szCs w:val="24"/>
              </w:rPr>
              <w:t>□是　□否</w:t>
            </w:r>
          </w:p>
        </w:tc>
        <w:tc>
          <w:tcPr>
            <w:tcW w:w="2460" w:type="dxa"/>
            <w:vAlign w:val="center"/>
          </w:tcPr>
          <w:p w14:paraId="5EDEC651" w14:textId="0C6E48CC" w:rsidR="006921E2" w:rsidRPr="00523645" w:rsidRDefault="006921E2" w:rsidP="00523645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23645">
              <w:rPr>
                <w:sz w:val="24"/>
                <w:szCs w:val="24"/>
              </w:rPr>
              <w:t>住戶名冊或相關資料</w:t>
            </w:r>
            <w:proofErr w:type="spellEnd"/>
          </w:p>
        </w:tc>
      </w:tr>
      <w:tr w:rsidR="006921E2" w:rsidRPr="00523645" w14:paraId="72EA11E0" w14:textId="77777777" w:rsidTr="0099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tcBorders>
              <w:right w:val="none" w:sz="0" w:space="0" w:color="auto"/>
            </w:tcBorders>
            <w:vAlign w:val="center"/>
          </w:tcPr>
          <w:p w14:paraId="5C624CBD" w14:textId="77777777" w:rsidR="006921E2" w:rsidRPr="00523645" w:rsidRDefault="006921E2" w:rsidP="00523645">
            <w:pPr>
              <w:spacing w:line="520" w:lineRule="exact"/>
              <w:jc w:val="center"/>
              <w:rPr>
                <w:sz w:val="24"/>
                <w:szCs w:val="24"/>
              </w:rPr>
            </w:pPr>
            <w:r w:rsidRPr="00523645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5612" w:type="dxa"/>
            <w:vAlign w:val="center"/>
          </w:tcPr>
          <w:p w14:paraId="4226D2C4" w14:textId="4A429766" w:rsidR="006921E2" w:rsidRPr="00523645" w:rsidRDefault="006921E2" w:rsidP="00523645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523645">
              <w:rPr>
                <w:sz w:val="24"/>
                <w:szCs w:val="24"/>
                <w:lang w:eastAsia="zh-TW"/>
              </w:rPr>
              <w:t>已成立管理委員會或推選管理負責人並完成報備。</w:t>
            </w:r>
          </w:p>
        </w:tc>
        <w:tc>
          <w:tcPr>
            <w:tcW w:w="1622" w:type="dxa"/>
            <w:vAlign w:val="center"/>
          </w:tcPr>
          <w:p w14:paraId="66707674" w14:textId="430042D0" w:rsidR="006921E2" w:rsidRPr="00523645" w:rsidRDefault="006921E2" w:rsidP="00523645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3645">
              <w:rPr>
                <w:sz w:val="24"/>
                <w:szCs w:val="24"/>
              </w:rPr>
              <w:t>□是　□否</w:t>
            </w:r>
          </w:p>
        </w:tc>
        <w:tc>
          <w:tcPr>
            <w:tcW w:w="2460" w:type="dxa"/>
            <w:vAlign w:val="center"/>
          </w:tcPr>
          <w:p w14:paraId="037D2466" w14:textId="09B80745" w:rsidR="006921E2" w:rsidRPr="00523645" w:rsidRDefault="006921E2" w:rsidP="00523645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23645">
              <w:rPr>
                <w:sz w:val="24"/>
                <w:szCs w:val="24"/>
              </w:rPr>
              <w:t>管理組織報備證明</w:t>
            </w:r>
            <w:proofErr w:type="spellEnd"/>
          </w:p>
        </w:tc>
      </w:tr>
      <w:tr w:rsidR="006921E2" w:rsidRPr="00523645" w14:paraId="7FD1D739" w14:textId="77777777" w:rsidTr="00993506">
        <w:trPr>
          <w:trHeight w:val="6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tcBorders>
              <w:right w:val="none" w:sz="0" w:space="0" w:color="auto"/>
            </w:tcBorders>
            <w:vAlign w:val="center"/>
          </w:tcPr>
          <w:p w14:paraId="18BCC0C1" w14:textId="77777777" w:rsidR="006921E2" w:rsidRPr="00523645" w:rsidRDefault="006921E2" w:rsidP="00523645">
            <w:pPr>
              <w:spacing w:line="520" w:lineRule="exact"/>
              <w:jc w:val="center"/>
              <w:rPr>
                <w:sz w:val="24"/>
                <w:szCs w:val="24"/>
              </w:rPr>
            </w:pPr>
            <w:r w:rsidRPr="00523645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5612" w:type="dxa"/>
            <w:vAlign w:val="center"/>
          </w:tcPr>
          <w:p w14:paraId="1C3B61B1" w14:textId="6B20B4FF" w:rsidR="006921E2" w:rsidRPr="00523645" w:rsidRDefault="006921E2" w:rsidP="00485C9A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523645">
              <w:rPr>
                <w:sz w:val="24"/>
                <w:szCs w:val="24"/>
                <w:lang w:eastAsia="zh-TW"/>
              </w:rPr>
              <w:t>火警自動警報設備損壞、失效或功能異常，致火災預警、通報功能不足。</w:t>
            </w:r>
          </w:p>
        </w:tc>
        <w:tc>
          <w:tcPr>
            <w:tcW w:w="1622" w:type="dxa"/>
            <w:vAlign w:val="center"/>
          </w:tcPr>
          <w:p w14:paraId="2D1F71E8" w14:textId="50B454F4" w:rsidR="006921E2" w:rsidRPr="00523645" w:rsidRDefault="006921E2" w:rsidP="00523645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3645">
              <w:rPr>
                <w:sz w:val="24"/>
                <w:szCs w:val="24"/>
              </w:rPr>
              <w:t>□是　□否</w:t>
            </w:r>
          </w:p>
        </w:tc>
        <w:tc>
          <w:tcPr>
            <w:tcW w:w="2460" w:type="dxa"/>
            <w:vAlign w:val="center"/>
          </w:tcPr>
          <w:p w14:paraId="2A61AA5F" w14:textId="005414BC" w:rsidR="006921E2" w:rsidRPr="00523645" w:rsidRDefault="006921E2" w:rsidP="00523645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523645">
              <w:rPr>
                <w:sz w:val="24"/>
                <w:szCs w:val="24"/>
                <w:lang w:eastAsia="zh-TW"/>
              </w:rPr>
              <w:t>檢修申報、檢查紀錄或照片</w:t>
            </w:r>
          </w:p>
        </w:tc>
      </w:tr>
      <w:tr w:rsidR="006921E2" w:rsidRPr="00523645" w14:paraId="79FDBCEE" w14:textId="77777777" w:rsidTr="0099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tcBorders>
              <w:right w:val="none" w:sz="0" w:space="0" w:color="auto"/>
            </w:tcBorders>
            <w:vAlign w:val="center"/>
          </w:tcPr>
          <w:p w14:paraId="303AA84F" w14:textId="77777777" w:rsidR="006921E2" w:rsidRPr="00523645" w:rsidRDefault="006921E2" w:rsidP="00523645">
            <w:pPr>
              <w:spacing w:line="520" w:lineRule="exact"/>
              <w:jc w:val="center"/>
              <w:rPr>
                <w:sz w:val="24"/>
                <w:szCs w:val="24"/>
              </w:rPr>
            </w:pPr>
            <w:r w:rsidRPr="00523645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5612" w:type="dxa"/>
            <w:vAlign w:val="center"/>
          </w:tcPr>
          <w:p w14:paraId="5557A940" w14:textId="4B3B70B9" w:rsidR="006921E2" w:rsidRPr="00D465C9" w:rsidRDefault="006921E2" w:rsidP="00523645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D465C9">
              <w:rPr>
                <w:sz w:val="24"/>
                <w:szCs w:val="24"/>
                <w:lang w:eastAsia="zh-TW"/>
              </w:rPr>
              <w:t>目前因經費或其他客觀因素，短期內尚無法完成前項消防安全設備修復。</w:t>
            </w:r>
          </w:p>
        </w:tc>
        <w:tc>
          <w:tcPr>
            <w:tcW w:w="1622" w:type="dxa"/>
            <w:vAlign w:val="center"/>
          </w:tcPr>
          <w:p w14:paraId="1F04F231" w14:textId="02C7EBB9" w:rsidR="006921E2" w:rsidRPr="00D465C9" w:rsidRDefault="006921E2" w:rsidP="00523645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465C9">
              <w:rPr>
                <w:sz w:val="24"/>
                <w:szCs w:val="24"/>
              </w:rPr>
              <w:t>□是　□否</w:t>
            </w:r>
          </w:p>
        </w:tc>
        <w:tc>
          <w:tcPr>
            <w:tcW w:w="2460" w:type="dxa"/>
            <w:vAlign w:val="center"/>
          </w:tcPr>
          <w:p w14:paraId="1BCBF188" w14:textId="16CA7970" w:rsidR="006921E2" w:rsidRPr="00D465C9" w:rsidRDefault="006921E2" w:rsidP="00523645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D465C9">
              <w:rPr>
                <w:sz w:val="24"/>
                <w:szCs w:val="24"/>
                <w:lang w:eastAsia="zh-TW"/>
              </w:rPr>
              <w:t>無法修復說明及改善規劃</w:t>
            </w:r>
          </w:p>
        </w:tc>
      </w:tr>
      <w:tr w:rsidR="006921E2" w:rsidRPr="00523645" w14:paraId="152974A9" w14:textId="77777777" w:rsidTr="00993506">
        <w:trPr>
          <w:trHeight w:val="1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tcBorders>
              <w:right w:val="none" w:sz="0" w:space="0" w:color="auto"/>
            </w:tcBorders>
            <w:vAlign w:val="center"/>
          </w:tcPr>
          <w:p w14:paraId="1645DE17" w14:textId="77777777" w:rsidR="006921E2" w:rsidRPr="00523645" w:rsidRDefault="006921E2" w:rsidP="00523645">
            <w:pPr>
              <w:spacing w:line="520" w:lineRule="exact"/>
              <w:jc w:val="center"/>
              <w:rPr>
                <w:sz w:val="24"/>
                <w:szCs w:val="24"/>
              </w:rPr>
            </w:pPr>
            <w:r w:rsidRPr="00523645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5612" w:type="dxa"/>
            <w:vAlign w:val="center"/>
          </w:tcPr>
          <w:p w14:paraId="1165D3ED" w14:textId="41597EB1" w:rsidR="006921E2" w:rsidRPr="00523645" w:rsidRDefault="00D465C9" w:rsidP="00523645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E0000"/>
                <w:sz w:val="24"/>
                <w:szCs w:val="24"/>
                <w:lang w:eastAsia="zh-TW"/>
              </w:rPr>
            </w:pPr>
            <w:r>
              <w:rPr>
                <w:sz w:val="24"/>
                <w:szCs w:val="24"/>
                <w:lang w:eastAsia="zh-TW"/>
              </w:rPr>
              <w:t>最近連續均因火警自動警報</w:t>
            </w:r>
            <w:bookmarkStart w:id="0" w:name="_GoBack"/>
            <w:bookmarkEnd w:id="0"/>
            <w:r w:rsidR="006921E2" w:rsidRPr="00523645">
              <w:rPr>
                <w:sz w:val="24"/>
                <w:szCs w:val="24"/>
                <w:lang w:eastAsia="zh-TW"/>
              </w:rPr>
              <w:t>設備缺失經消防機關裁罰，迄今仍未完成修復。</w:t>
            </w:r>
          </w:p>
        </w:tc>
        <w:tc>
          <w:tcPr>
            <w:tcW w:w="1622" w:type="dxa"/>
            <w:vAlign w:val="center"/>
          </w:tcPr>
          <w:p w14:paraId="0A7FEE16" w14:textId="037611FB" w:rsidR="006921E2" w:rsidRPr="00523645" w:rsidRDefault="006921E2" w:rsidP="00523645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E0000"/>
                <w:sz w:val="24"/>
                <w:szCs w:val="24"/>
              </w:rPr>
            </w:pPr>
            <w:r w:rsidRPr="00523645">
              <w:rPr>
                <w:sz w:val="24"/>
                <w:szCs w:val="24"/>
              </w:rPr>
              <w:t>□是　□否</w:t>
            </w:r>
          </w:p>
        </w:tc>
        <w:tc>
          <w:tcPr>
            <w:tcW w:w="2460" w:type="dxa"/>
            <w:vAlign w:val="center"/>
          </w:tcPr>
          <w:p w14:paraId="68DD844D" w14:textId="033D68B6" w:rsidR="006921E2" w:rsidRPr="00523645" w:rsidRDefault="006921E2" w:rsidP="00523645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E0000"/>
                <w:sz w:val="24"/>
                <w:szCs w:val="24"/>
                <w:lang w:eastAsia="zh-TW"/>
              </w:rPr>
            </w:pPr>
            <w:r w:rsidRPr="00523645">
              <w:rPr>
                <w:sz w:val="24"/>
                <w:szCs w:val="24"/>
                <w:lang w:eastAsia="zh-TW"/>
              </w:rPr>
              <w:t>連續裁罰及未修復資料</w:t>
            </w:r>
          </w:p>
        </w:tc>
      </w:tr>
      <w:tr w:rsidR="006921E2" w:rsidRPr="00523645" w14:paraId="0ED67355" w14:textId="77777777" w:rsidTr="009935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tcBorders>
              <w:right w:val="none" w:sz="0" w:space="0" w:color="auto"/>
            </w:tcBorders>
            <w:vAlign w:val="center"/>
          </w:tcPr>
          <w:p w14:paraId="726D4671" w14:textId="77777777" w:rsidR="006921E2" w:rsidRPr="00523645" w:rsidRDefault="006921E2" w:rsidP="00523645">
            <w:pPr>
              <w:spacing w:line="520" w:lineRule="exact"/>
              <w:jc w:val="center"/>
              <w:rPr>
                <w:sz w:val="24"/>
                <w:szCs w:val="24"/>
              </w:rPr>
            </w:pPr>
            <w:r w:rsidRPr="00523645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5612" w:type="dxa"/>
            <w:vAlign w:val="center"/>
          </w:tcPr>
          <w:p w14:paraId="65344F17" w14:textId="614A2E22" w:rsidR="006921E2" w:rsidRPr="00523645" w:rsidRDefault="006921E2" w:rsidP="00523645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523645">
              <w:rPr>
                <w:sz w:val="24"/>
                <w:szCs w:val="24"/>
                <w:lang w:eastAsia="zh-TW"/>
              </w:rPr>
              <w:t>已取得區分所有權人會議或管理委員會決議，同意申請及配合裝設。</w:t>
            </w:r>
          </w:p>
        </w:tc>
        <w:tc>
          <w:tcPr>
            <w:tcW w:w="1622" w:type="dxa"/>
            <w:vAlign w:val="center"/>
          </w:tcPr>
          <w:p w14:paraId="22CB10E1" w14:textId="148B0809" w:rsidR="006921E2" w:rsidRPr="00523645" w:rsidRDefault="006921E2" w:rsidP="00523645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3645">
              <w:rPr>
                <w:sz w:val="24"/>
                <w:szCs w:val="24"/>
              </w:rPr>
              <w:t>□是　□否</w:t>
            </w:r>
          </w:p>
        </w:tc>
        <w:tc>
          <w:tcPr>
            <w:tcW w:w="2460" w:type="dxa"/>
            <w:vAlign w:val="center"/>
          </w:tcPr>
          <w:p w14:paraId="63535450" w14:textId="43F78B3B" w:rsidR="006921E2" w:rsidRPr="00523645" w:rsidRDefault="006921E2" w:rsidP="00523645">
            <w:pPr>
              <w:spacing w:line="5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proofErr w:type="spellStart"/>
            <w:r w:rsidRPr="00523645">
              <w:rPr>
                <w:sz w:val="24"/>
                <w:szCs w:val="24"/>
              </w:rPr>
              <w:t>會議決議紀錄</w:t>
            </w:r>
            <w:proofErr w:type="spellEnd"/>
          </w:p>
        </w:tc>
      </w:tr>
      <w:tr w:rsidR="006921E2" w:rsidRPr="00523645" w14:paraId="26CB02BD" w14:textId="77777777" w:rsidTr="00993506">
        <w:trPr>
          <w:trHeight w:val="1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4" w:type="dxa"/>
            <w:tcBorders>
              <w:right w:val="none" w:sz="0" w:space="0" w:color="auto"/>
            </w:tcBorders>
            <w:vAlign w:val="center"/>
          </w:tcPr>
          <w:p w14:paraId="5413376E" w14:textId="77777777" w:rsidR="006921E2" w:rsidRPr="00523645" w:rsidRDefault="006921E2" w:rsidP="00523645">
            <w:pPr>
              <w:spacing w:line="520" w:lineRule="exact"/>
              <w:jc w:val="center"/>
              <w:rPr>
                <w:sz w:val="24"/>
                <w:szCs w:val="24"/>
              </w:rPr>
            </w:pPr>
            <w:r w:rsidRPr="00523645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5612" w:type="dxa"/>
            <w:vAlign w:val="center"/>
          </w:tcPr>
          <w:p w14:paraId="00424F9B" w14:textId="7D370ABD" w:rsidR="006921E2" w:rsidRPr="00523645" w:rsidRDefault="006921E2" w:rsidP="00523645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zh-TW"/>
              </w:rPr>
            </w:pPr>
            <w:r w:rsidRPr="00523645">
              <w:rPr>
                <w:sz w:val="24"/>
                <w:szCs w:val="24"/>
                <w:lang w:eastAsia="zh-TW"/>
              </w:rPr>
              <w:t>未重複申領其他計畫補助之相同設備，並願依核定用途完成發放、裝設、成果回報、未裝</w:t>
            </w:r>
            <w:proofErr w:type="gramStart"/>
            <w:r w:rsidRPr="00523645">
              <w:rPr>
                <w:sz w:val="24"/>
                <w:szCs w:val="24"/>
                <w:lang w:eastAsia="zh-TW"/>
              </w:rPr>
              <w:t>設品繳</w:t>
            </w:r>
            <w:proofErr w:type="gramEnd"/>
            <w:r w:rsidRPr="00523645">
              <w:rPr>
                <w:sz w:val="24"/>
                <w:szCs w:val="24"/>
                <w:lang w:eastAsia="zh-TW"/>
              </w:rPr>
              <w:t>回及後續維護。</w:t>
            </w:r>
          </w:p>
        </w:tc>
        <w:tc>
          <w:tcPr>
            <w:tcW w:w="1622" w:type="dxa"/>
            <w:vAlign w:val="center"/>
          </w:tcPr>
          <w:p w14:paraId="0AF49C38" w14:textId="01FBAACC" w:rsidR="006921E2" w:rsidRPr="00523645" w:rsidRDefault="006921E2" w:rsidP="00523645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3645">
              <w:rPr>
                <w:sz w:val="24"/>
                <w:szCs w:val="24"/>
              </w:rPr>
              <w:t>□是　□否</w:t>
            </w:r>
          </w:p>
        </w:tc>
        <w:tc>
          <w:tcPr>
            <w:tcW w:w="2460" w:type="dxa"/>
            <w:vAlign w:val="center"/>
          </w:tcPr>
          <w:p w14:paraId="6519B894" w14:textId="17A3F220" w:rsidR="006921E2" w:rsidRPr="00523645" w:rsidRDefault="006921E2" w:rsidP="00523645">
            <w:pPr>
              <w:spacing w:line="5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 w:rsidRPr="00523645">
              <w:rPr>
                <w:sz w:val="24"/>
                <w:szCs w:val="24"/>
              </w:rPr>
              <w:t>申請人切結</w:t>
            </w:r>
            <w:proofErr w:type="spellEnd"/>
          </w:p>
        </w:tc>
      </w:tr>
    </w:tbl>
    <w:p w14:paraId="32F341BC" w14:textId="51C76BE2" w:rsidR="006921E2" w:rsidRPr="00485C9A" w:rsidRDefault="00485C9A" w:rsidP="00485C9A">
      <w:pPr>
        <w:spacing w:before="240" w:after="240" w:line="520" w:lineRule="exact"/>
        <w:jc w:val="distribute"/>
        <w:rPr>
          <w:szCs w:val="28"/>
          <w:lang w:eastAsia="zh-TW"/>
        </w:rPr>
      </w:pPr>
      <w:r w:rsidRPr="000272F6">
        <w:rPr>
          <w:szCs w:val="28"/>
          <w:lang w:eastAsia="zh-TW"/>
        </w:rPr>
        <w:t>-</w:t>
      </w:r>
      <w:r>
        <w:rPr>
          <w:szCs w:val="28"/>
          <w:lang w:eastAsia="zh-TW"/>
        </w:rPr>
        <w:t>---</w:t>
      </w:r>
      <w:r w:rsidRPr="000272F6">
        <w:rPr>
          <w:szCs w:val="28"/>
          <w:lang w:eastAsia="zh-TW"/>
        </w:rPr>
        <w:t>-------</w:t>
      </w:r>
      <w:r w:rsidRPr="000272F6">
        <w:rPr>
          <w:b/>
          <w:sz w:val="48"/>
          <w:szCs w:val="28"/>
          <w:lang w:eastAsia="zh-TW"/>
        </w:rPr>
        <w:t>切</w:t>
      </w:r>
      <w:r w:rsidRPr="000272F6">
        <w:rPr>
          <w:szCs w:val="28"/>
          <w:lang w:eastAsia="zh-TW"/>
        </w:rPr>
        <w:t>-----------------</w:t>
      </w:r>
      <w:r w:rsidRPr="000272F6">
        <w:rPr>
          <w:b/>
          <w:sz w:val="48"/>
          <w:szCs w:val="28"/>
          <w:lang w:eastAsia="zh-TW"/>
        </w:rPr>
        <w:t>結</w:t>
      </w:r>
      <w:r w:rsidRPr="000272F6">
        <w:rPr>
          <w:szCs w:val="28"/>
          <w:lang w:eastAsia="zh-TW"/>
        </w:rPr>
        <w:t>----------------</w:t>
      </w:r>
      <w:r w:rsidRPr="000272F6">
        <w:rPr>
          <w:b/>
          <w:sz w:val="48"/>
          <w:szCs w:val="28"/>
          <w:lang w:eastAsia="zh-TW"/>
        </w:rPr>
        <w:t>書</w:t>
      </w:r>
      <w:r w:rsidRPr="000272F6">
        <w:rPr>
          <w:szCs w:val="28"/>
          <w:lang w:eastAsia="zh-TW"/>
        </w:rPr>
        <w:t>--------</w:t>
      </w:r>
      <w:r>
        <w:rPr>
          <w:szCs w:val="28"/>
          <w:lang w:eastAsia="zh-TW"/>
        </w:rPr>
        <w:t>----</w:t>
      </w:r>
    </w:p>
    <w:p w14:paraId="5FF0BF43" w14:textId="77777777" w:rsidR="00523645" w:rsidRDefault="00591C53" w:rsidP="00523645">
      <w:pPr>
        <w:spacing w:line="600" w:lineRule="exact"/>
        <w:rPr>
          <w:szCs w:val="36"/>
          <w:lang w:eastAsia="zh-TW"/>
        </w:rPr>
      </w:pPr>
      <w:r w:rsidRPr="00523645">
        <w:rPr>
          <w:szCs w:val="36"/>
          <w:lang w:eastAsia="zh-TW"/>
        </w:rPr>
        <w:t>申請人聲明：本表所填資料及檢附文件均屬實，如有不實，願負相關責任；</w:t>
      </w:r>
    </w:p>
    <w:p w14:paraId="2D52E5B7" w14:textId="60BA2380" w:rsidR="009B744E" w:rsidRDefault="00591C53" w:rsidP="00523645">
      <w:pPr>
        <w:spacing w:line="600" w:lineRule="exact"/>
        <w:ind w:firstLineChars="607" w:firstLine="1700"/>
        <w:rPr>
          <w:szCs w:val="36"/>
          <w:lang w:eastAsia="zh-TW"/>
        </w:rPr>
      </w:pPr>
      <w:r w:rsidRPr="00523645">
        <w:rPr>
          <w:szCs w:val="36"/>
          <w:lang w:eastAsia="zh-TW"/>
        </w:rPr>
        <w:t>並同意本府消防局為審核及執行本計畫所需進行查證。</w:t>
      </w:r>
    </w:p>
    <w:p w14:paraId="6A82A566" w14:textId="77777777" w:rsidR="00485C9A" w:rsidRPr="00523645" w:rsidRDefault="00485C9A" w:rsidP="00485C9A">
      <w:pPr>
        <w:spacing w:line="600" w:lineRule="exact"/>
        <w:ind w:firstLineChars="607" w:firstLine="2671"/>
        <w:rPr>
          <w:sz w:val="44"/>
          <w:szCs w:val="36"/>
          <w:lang w:eastAsia="zh-TW"/>
        </w:rPr>
      </w:pPr>
    </w:p>
    <w:p w14:paraId="60436988" w14:textId="21D1ED71" w:rsidR="009B744E" w:rsidRPr="00485C9A" w:rsidRDefault="00591C53" w:rsidP="00523645">
      <w:pPr>
        <w:spacing w:line="600" w:lineRule="exact"/>
        <w:rPr>
          <w:szCs w:val="36"/>
          <w:lang w:eastAsia="zh-TW"/>
        </w:rPr>
      </w:pPr>
      <w:r w:rsidRPr="00523645">
        <w:rPr>
          <w:szCs w:val="36"/>
          <w:lang w:eastAsia="zh-TW"/>
        </w:rPr>
        <w:t xml:space="preserve">申請人（管理委員會主任委員／管理負責人）簽章：　　　　　　　　　　填表人：　　　　　　　　　　</w:t>
      </w:r>
    </w:p>
    <w:p w14:paraId="003799E9" w14:textId="375F2751" w:rsidR="00523645" w:rsidRPr="00523645" w:rsidRDefault="00591C53" w:rsidP="00485C9A">
      <w:pPr>
        <w:spacing w:line="600" w:lineRule="exact"/>
        <w:jc w:val="distribute"/>
        <w:rPr>
          <w:szCs w:val="36"/>
          <w:lang w:eastAsia="zh-TW"/>
        </w:rPr>
      </w:pPr>
      <w:r w:rsidRPr="00523645">
        <w:rPr>
          <w:szCs w:val="36"/>
          <w:lang w:eastAsia="zh-TW"/>
        </w:rPr>
        <w:t>中華民國115年　　　　月　　　　日</w:t>
      </w:r>
    </w:p>
    <w:p w14:paraId="4F4D400C" w14:textId="3F91E08F" w:rsidR="0090091B" w:rsidRPr="00196AE9" w:rsidRDefault="00523645" w:rsidP="00196AE9">
      <w:pPr>
        <w:spacing w:line="520" w:lineRule="exact"/>
        <w:jc w:val="center"/>
        <w:rPr>
          <w:sz w:val="24"/>
          <w:szCs w:val="20"/>
          <w:lang w:eastAsia="zh-TW"/>
        </w:rPr>
      </w:pPr>
      <w:r w:rsidRPr="00523645">
        <w:rPr>
          <w:sz w:val="24"/>
          <w:szCs w:val="20"/>
          <w:lang w:eastAsia="zh-TW"/>
        </w:rPr>
        <w:t>第</w:t>
      </w:r>
      <w:r w:rsidR="00993506">
        <w:rPr>
          <w:rFonts w:hint="eastAsia"/>
          <w:sz w:val="24"/>
          <w:szCs w:val="20"/>
          <w:lang w:eastAsia="zh-TW"/>
        </w:rPr>
        <w:t>2</w:t>
      </w:r>
      <w:r w:rsidRPr="00523645">
        <w:rPr>
          <w:sz w:val="24"/>
          <w:szCs w:val="20"/>
          <w:lang w:eastAsia="zh-TW"/>
        </w:rPr>
        <w:t>頁，共2頁</w:t>
      </w:r>
      <w:r w:rsidR="00196AE9" w:rsidRPr="007F560E">
        <w:rPr>
          <w:sz w:val="24"/>
          <w:szCs w:val="24"/>
          <w:lang w:eastAsia="zh-TW"/>
        </w:rPr>
        <w:t xml:space="preserve"> </w:t>
      </w:r>
    </w:p>
    <w:sectPr w:rsidR="0090091B" w:rsidRPr="00196AE9" w:rsidSect="00D465C9">
      <w:footerReference w:type="default" r:id="rId9"/>
      <w:pgSz w:w="11906" w:h="16838"/>
      <w:pgMar w:top="568" w:right="1247" w:bottom="850" w:left="124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810A1E" w14:textId="77777777" w:rsidR="00591C53" w:rsidRDefault="00591C53">
      <w:pPr>
        <w:spacing w:line="240" w:lineRule="auto"/>
      </w:pPr>
      <w:r>
        <w:separator/>
      </w:r>
    </w:p>
  </w:endnote>
  <w:endnote w:type="continuationSeparator" w:id="0">
    <w:p w14:paraId="5256BA19" w14:textId="77777777" w:rsidR="00591C53" w:rsidRDefault="00591C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4413343"/>
      <w:docPartObj>
        <w:docPartGallery w:val="Page Numbers (Bottom of Page)"/>
        <w:docPartUnique/>
      </w:docPartObj>
    </w:sdtPr>
    <w:sdtEndPr/>
    <w:sdtContent>
      <w:p w14:paraId="696885DB" w14:textId="0A0C11A2" w:rsidR="004364C4" w:rsidRDefault="004364C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5CC" w:rsidRPr="00B035CC">
          <w:rPr>
            <w:noProof/>
            <w:lang w:val="zh-TW" w:eastAsia="zh-TW"/>
          </w:rPr>
          <w:t>2</w:t>
        </w:r>
        <w:r>
          <w:fldChar w:fldCharType="end"/>
        </w:r>
      </w:p>
    </w:sdtContent>
  </w:sdt>
  <w:p w14:paraId="2F128509" w14:textId="04097913" w:rsidR="009B744E" w:rsidRDefault="009B744E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8E7AC2" w14:textId="77777777" w:rsidR="00591C53" w:rsidRDefault="00591C53">
      <w:pPr>
        <w:spacing w:line="240" w:lineRule="auto"/>
      </w:pPr>
      <w:r>
        <w:separator/>
      </w:r>
    </w:p>
  </w:footnote>
  <w:footnote w:type="continuationSeparator" w:id="0">
    <w:p w14:paraId="16C972E1" w14:textId="77777777" w:rsidR="00591C53" w:rsidRDefault="00591C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CC501AC"/>
    <w:multiLevelType w:val="hybridMultilevel"/>
    <w:tmpl w:val="C4EC05DE"/>
    <w:lvl w:ilvl="0" w:tplc="053AF04C">
      <w:start w:val="1"/>
      <w:numFmt w:val="decimal"/>
      <w:suff w:val="space"/>
      <w:lvlText w:val="%1."/>
      <w:lvlJc w:val="left"/>
      <w:pPr>
        <w:ind w:left="246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ind w:left="5600" w:hanging="480"/>
      </w:pPr>
    </w:lvl>
  </w:abstractNum>
  <w:abstractNum w:abstractNumId="10">
    <w:nsid w:val="0D482DF0"/>
    <w:multiLevelType w:val="hybridMultilevel"/>
    <w:tmpl w:val="2E141D26"/>
    <w:lvl w:ilvl="0" w:tplc="AC245C68">
      <w:start w:val="1"/>
      <w:numFmt w:val="taiwaneseCountingThousand"/>
      <w:lvlText w:val="%1、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>
    <w:nsid w:val="0F067F98"/>
    <w:multiLevelType w:val="hybridMultilevel"/>
    <w:tmpl w:val="BF0826D2"/>
    <w:lvl w:ilvl="0" w:tplc="95A4498A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2">
    <w:nsid w:val="152C6C47"/>
    <w:multiLevelType w:val="hybridMultilevel"/>
    <w:tmpl w:val="37FE9552"/>
    <w:lvl w:ilvl="0" w:tplc="AC245C68">
      <w:start w:val="1"/>
      <w:numFmt w:val="taiwaneseCountingThousand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3">
    <w:nsid w:val="17FD6FAD"/>
    <w:multiLevelType w:val="hybridMultilevel"/>
    <w:tmpl w:val="A9CEF7BE"/>
    <w:lvl w:ilvl="0" w:tplc="FFFFFFFF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F9B2894"/>
    <w:multiLevelType w:val="hybridMultilevel"/>
    <w:tmpl w:val="9E28013C"/>
    <w:lvl w:ilvl="0" w:tplc="48B24C26">
      <w:start w:val="1"/>
      <w:numFmt w:val="taiwaneseCountingThousand"/>
      <w:lvlText w:val="%1、"/>
      <w:lvlJc w:val="left"/>
      <w:pPr>
        <w:ind w:left="10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9" w:hanging="480"/>
      </w:pPr>
    </w:lvl>
    <w:lvl w:ilvl="2" w:tplc="0409001B" w:tentative="1">
      <w:start w:val="1"/>
      <w:numFmt w:val="lowerRoman"/>
      <w:lvlText w:val="%3."/>
      <w:lvlJc w:val="right"/>
      <w:pPr>
        <w:ind w:left="1779" w:hanging="480"/>
      </w:pPr>
    </w:lvl>
    <w:lvl w:ilvl="3" w:tplc="0409000F" w:tentative="1">
      <w:start w:val="1"/>
      <w:numFmt w:val="decimal"/>
      <w:lvlText w:val="%4."/>
      <w:lvlJc w:val="left"/>
      <w:pPr>
        <w:ind w:left="22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9" w:hanging="480"/>
      </w:pPr>
    </w:lvl>
    <w:lvl w:ilvl="5" w:tplc="0409001B" w:tentative="1">
      <w:start w:val="1"/>
      <w:numFmt w:val="lowerRoman"/>
      <w:lvlText w:val="%6."/>
      <w:lvlJc w:val="right"/>
      <w:pPr>
        <w:ind w:left="3219" w:hanging="480"/>
      </w:pPr>
    </w:lvl>
    <w:lvl w:ilvl="6" w:tplc="0409000F" w:tentative="1">
      <w:start w:val="1"/>
      <w:numFmt w:val="decimal"/>
      <w:lvlText w:val="%7."/>
      <w:lvlJc w:val="left"/>
      <w:pPr>
        <w:ind w:left="36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9" w:hanging="480"/>
      </w:pPr>
    </w:lvl>
    <w:lvl w:ilvl="8" w:tplc="0409001B" w:tentative="1">
      <w:start w:val="1"/>
      <w:numFmt w:val="lowerRoman"/>
      <w:lvlText w:val="%9."/>
      <w:lvlJc w:val="right"/>
      <w:pPr>
        <w:ind w:left="4659" w:hanging="480"/>
      </w:pPr>
    </w:lvl>
  </w:abstractNum>
  <w:abstractNum w:abstractNumId="15">
    <w:nsid w:val="213522A6"/>
    <w:multiLevelType w:val="hybridMultilevel"/>
    <w:tmpl w:val="319A4FEE"/>
    <w:lvl w:ilvl="0" w:tplc="FFFFFFFF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2DA375D"/>
    <w:multiLevelType w:val="hybridMultilevel"/>
    <w:tmpl w:val="454A7ADC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7">
    <w:nsid w:val="24657BE8"/>
    <w:multiLevelType w:val="hybridMultilevel"/>
    <w:tmpl w:val="7FA4261E"/>
    <w:lvl w:ilvl="0" w:tplc="DD56EF3C">
      <w:start w:val="1"/>
      <w:numFmt w:val="taiwaneseCountingThousand"/>
      <w:suff w:val="space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>
    <w:nsid w:val="2ACF02F8"/>
    <w:multiLevelType w:val="hybridMultilevel"/>
    <w:tmpl w:val="BE7E91BA"/>
    <w:lvl w:ilvl="0" w:tplc="C0426002">
      <w:start w:val="1"/>
      <w:numFmt w:val="decimal"/>
      <w:suff w:val="space"/>
      <w:lvlText w:val="%1."/>
      <w:lvlJc w:val="left"/>
      <w:pPr>
        <w:ind w:left="14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ind w:left="5255" w:hanging="480"/>
      </w:pPr>
    </w:lvl>
  </w:abstractNum>
  <w:abstractNum w:abstractNumId="19">
    <w:nsid w:val="2AD913EC"/>
    <w:multiLevelType w:val="hybridMultilevel"/>
    <w:tmpl w:val="28A22858"/>
    <w:lvl w:ilvl="0" w:tplc="C0227962">
      <w:start w:val="4"/>
      <w:numFmt w:val="ideographLegalTraditional"/>
      <w:suff w:val="space"/>
      <w:lvlText w:val="%1、"/>
      <w:lvlJc w:val="left"/>
      <w:pPr>
        <w:ind w:left="819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C2D0022"/>
    <w:multiLevelType w:val="hybridMultilevel"/>
    <w:tmpl w:val="34EEDAD6"/>
    <w:lvl w:ilvl="0" w:tplc="BB9E4CA0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21">
    <w:nsid w:val="2C865D65"/>
    <w:multiLevelType w:val="hybridMultilevel"/>
    <w:tmpl w:val="784EA720"/>
    <w:lvl w:ilvl="0" w:tplc="AC245C6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4346F45"/>
    <w:multiLevelType w:val="hybridMultilevel"/>
    <w:tmpl w:val="F4982658"/>
    <w:lvl w:ilvl="0" w:tplc="AC245C6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513476C"/>
    <w:multiLevelType w:val="hybridMultilevel"/>
    <w:tmpl w:val="E2A6AB56"/>
    <w:lvl w:ilvl="0" w:tplc="87F2D218">
      <w:start w:val="5"/>
      <w:numFmt w:val="ideographLegalTraditional"/>
      <w:suff w:val="space"/>
      <w:lvlText w:val="%1、"/>
      <w:lvlJc w:val="left"/>
      <w:pPr>
        <w:ind w:left="819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35FB0D80"/>
    <w:multiLevelType w:val="hybridMultilevel"/>
    <w:tmpl w:val="2468EED4"/>
    <w:lvl w:ilvl="0" w:tplc="43CC40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ind w:left="3600" w:hanging="480"/>
      </w:pPr>
    </w:lvl>
  </w:abstractNum>
  <w:abstractNum w:abstractNumId="25">
    <w:nsid w:val="3C4B4E7A"/>
    <w:multiLevelType w:val="hybridMultilevel"/>
    <w:tmpl w:val="9EBAAC10"/>
    <w:lvl w:ilvl="0" w:tplc="050C0684">
      <w:start w:val="3"/>
      <w:numFmt w:val="ideographLegalTraditional"/>
      <w:suff w:val="space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3D0D6083"/>
    <w:multiLevelType w:val="hybridMultilevel"/>
    <w:tmpl w:val="113C75EA"/>
    <w:lvl w:ilvl="0" w:tplc="A1EEA9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4704E9B"/>
    <w:multiLevelType w:val="hybridMultilevel"/>
    <w:tmpl w:val="8C9CD80E"/>
    <w:lvl w:ilvl="0" w:tplc="AC245C68">
      <w:start w:val="1"/>
      <w:numFmt w:val="taiwaneseCountingThousand"/>
      <w:lvlText w:val="%1、"/>
      <w:lvlJc w:val="left"/>
      <w:pPr>
        <w:ind w:left="12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28">
    <w:nsid w:val="455B66F4"/>
    <w:multiLevelType w:val="hybridMultilevel"/>
    <w:tmpl w:val="2438F836"/>
    <w:lvl w:ilvl="0" w:tplc="6E6C950A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9">
    <w:nsid w:val="46991EE3"/>
    <w:multiLevelType w:val="hybridMultilevel"/>
    <w:tmpl w:val="32B24710"/>
    <w:lvl w:ilvl="0" w:tplc="D85A8B90">
      <w:start w:val="1"/>
      <w:numFmt w:val="taiwaneseCountingThousand"/>
      <w:suff w:val="space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0">
    <w:nsid w:val="47140A4D"/>
    <w:multiLevelType w:val="hybridMultilevel"/>
    <w:tmpl w:val="0FE2B740"/>
    <w:lvl w:ilvl="0" w:tplc="82404F66">
      <w:start w:val="1"/>
      <w:numFmt w:val="ideographLegalTraditional"/>
      <w:suff w:val="space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1">
    <w:nsid w:val="4EEB5E03"/>
    <w:multiLevelType w:val="hybridMultilevel"/>
    <w:tmpl w:val="A95EE8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54ED46FF"/>
    <w:multiLevelType w:val="hybridMultilevel"/>
    <w:tmpl w:val="DB222774"/>
    <w:lvl w:ilvl="0" w:tplc="053AF04C">
      <w:start w:val="1"/>
      <w:numFmt w:val="decimal"/>
      <w:suff w:val="space"/>
      <w:lvlText w:val="%1."/>
      <w:lvlJc w:val="left"/>
      <w:pPr>
        <w:ind w:left="1415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189" w:hanging="480"/>
      </w:pPr>
    </w:lvl>
    <w:lvl w:ilvl="2" w:tplc="0409001B" w:tentative="1">
      <w:start w:val="1"/>
      <w:numFmt w:val="lowerRoman"/>
      <w:lvlText w:val="%3."/>
      <w:lvlJc w:val="right"/>
      <w:pPr>
        <w:ind w:left="1669" w:hanging="480"/>
      </w:pPr>
    </w:lvl>
    <w:lvl w:ilvl="3" w:tplc="0409000F" w:tentative="1">
      <w:start w:val="1"/>
      <w:numFmt w:val="decimal"/>
      <w:lvlText w:val="%4."/>
      <w:lvlJc w:val="left"/>
      <w:pPr>
        <w:ind w:left="21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9" w:hanging="480"/>
      </w:pPr>
    </w:lvl>
    <w:lvl w:ilvl="5" w:tplc="0409001B" w:tentative="1">
      <w:start w:val="1"/>
      <w:numFmt w:val="lowerRoman"/>
      <w:lvlText w:val="%6."/>
      <w:lvlJc w:val="right"/>
      <w:pPr>
        <w:ind w:left="3109" w:hanging="480"/>
      </w:pPr>
    </w:lvl>
    <w:lvl w:ilvl="6" w:tplc="0409000F" w:tentative="1">
      <w:start w:val="1"/>
      <w:numFmt w:val="decimal"/>
      <w:lvlText w:val="%7."/>
      <w:lvlJc w:val="left"/>
      <w:pPr>
        <w:ind w:left="35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9" w:hanging="480"/>
      </w:pPr>
    </w:lvl>
    <w:lvl w:ilvl="8" w:tplc="0409001B" w:tentative="1">
      <w:start w:val="1"/>
      <w:numFmt w:val="lowerRoman"/>
      <w:lvlText w:val="%9."/>
      <w:lvlJc w:val="right"/>
      <w:pPr>
        <w:ind w:left="4549" w:hanging="480"/>
      </w:pPr>
    </w:lvl>
  </w:abstractNum>
  <w:abstractNum w:abstractNumId="33">
    <w:nsid w:val="56C74969"/>
    <w:multiLevelType w:val="hybridMultilevel"/>
    <w:tmpl w:val="63E27178"/>
    <w:lvl w:ilvl="0" w:tplc="BFE415D8">
      <w:start w:val="1"/>
      <w:numFmt w:val="taiwaneseCountingThousand"/>
      <w:suff w:val="space"/>
      <w:lvlText w:val="%1、"/>
      <w:lvlJc w:val="left"/>
      <w:pPr>
        <w:ind w:left="8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4">
    <w:nsid w:val="594F7DF3"/>
    <w:multiLevelType w:val="hybridMultilevel"/>
    <w:tmpl w:val="A17A407E"/>
    <w:lvl w:ilvl="0" w:tplc="DCB47C4A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5">
    <w:nsid w:val="5B79089F"/>
    <w:multiLevelType w:val="hybridMultilevel"/>
    <w:tmpl w:val="CF5EF8CA"/>
    <w:lvl w:ilvl="0" w:tplc="95A4498A">
      <w:start w:val="1"/>
      <w:numFmt w:val="taiwaneseCountingThousand"/>
      <w:suff w:val="space"/>
      <w:lvlText w:val="%1、"/>
      <w:lvlJc w:val="left"/>
      <w:pPr>
        <w:ind w:left="181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6">
    <w:nsid w:val="61EF5E4A"/>
    <w:multiLevelType w:val="hybridMultilevel"/>
    <w:tmpl w:val="2DA8E444"/>
    <w:lvl w:ilvl="0" w:tplc="053AF04C">
      <w:start w:val="1"/>
      <w:numFmt w:val="decimal"/>
      <w:lvlText w:val="%1.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7">
    <w:nsid w:val="631E3BB2"/>
    <w:multiLevelType w:val="hybridMultilevel"/>
    <w:tmpl w:val="9FA892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6854FB0"/>
    <w:multiLevelType w:val="hybridMultilevel"/>
    <w:tmpl w:val="319A4FEE"/>
    <w:lvl w:ilvl="0" w:tplc="06A89600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3264BC8"/>
    <w:multiLevelType w:val="hybridMultilevel"/>
    <w:tmpl w:val="55840438"/>
    <w:lvl w:ilvl="0" w:tplc="FFFFFFFF">
      <w:start w:val="2"/>
      <w:numFmt w:val="ideographLegalTraditional"/>
      <w:lvlText w:val="%1、"/>
      <w:lvlJc w:val="left"/>
      <w:pPr>
        <w:ind w:left="760" w:hanging="480"/>
      </w:pPr>
      <w:rPr>
        <w:rFonts w:hint="eastAsia"/>
        <w:b/>
        <w:bCs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45D6271"/>
    <w:multiLevelType w:val="hybridMultilevel"/>
    <w:tmpl w:val="B4B29730"/>
    <w:lvl w:ilvl="0" w:tplc="AC245C68">
      <w:start w:val="1"/>
      <w:numFmt w:val="taiwaneseCountingThousand"/>
      <w:lvlText w:val="%1、"/>
      <w:lvlJc w:val="left"/>
      <w:pPr>
        <w:ind w:left="1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1">
    <w:nsid w:val="771832B6"/>
    <w:multiLevelType w:val="hybridMultilevel"/>
    <w:tmpl w:val="E45E7A12"/>
    <w:lvl w:ilvl="0" w:tplc="A544CEB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2">
    <w:nsid w:val="791C7623"/>
    <w:multiLevelType w:val="hybridMultilevel"/>
    <w:tmpl w:val="F36E8C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9655DD4"/>
    <w:multiLevelType w:val="hybridMultilevel"/>
    <w:tmpl w:val="A1166110"/>
    <w:lvl w:ilvl="0" w:tplc="7046C4B6">
      <w:start w:val="10"/>
      <w:numFmt w:val="ideographLegalTraditional"/>
      <w:suff w:val="space"/>
      <w:lvlText w:val="%1、"/>
      <w:lvlJc w:val="left"/>
      <w:pPr>
        <w:ind w:left="819" w:hanging="480"/>
      </w:pPr>
      <w:rPr>
        <w:rFonts w:hint="eastAsia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D155B83"/>
    <w:multiLevelType w:val="hybridMultilevel"/>
    <w:tmpl w:val="9B6041A2"/>
    <w:lvl w:ilvl="0" w:tplc="D6481F28">
      <w:start w:val="1"/>
      <w:numFmt w:val="decimal"/>
      <w:suff w:val="space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5">
    <w:nsid w:val="7E9271E3"/>
    <w:multiLevelType w:val="hybridMultilevel"/>
    <w:tmpl w:val="0E9843BA"/>
    <w:lvl w:ilvl="0" w:tplc="821AA5F2">
      <w:start w:val="1"/>
      <w:numFmt w:val="taiwaneseCountingThousand"/>
      <w:suff w:val="space"/>
      <w:lvlText w:val="%1、"/>
      <w:lvlJc w:val="left"/>
      <w:pPr>
        <w:ind w:left="7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FA831A7"/>
    <w:multiLevelType w:val="hybridMultilevel"/>
    <w:tmpl w:val="87C2AD68"/>
    <w:lvl w:ilvl="0" w:tplc="71F4F82C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FA9500E"/>
    <w:multiLevelType w:val="hybridMultilevel"/>
    <w:tmpl w:val="35464624"/>
    <w:lvl w:ilvl="0" w:tplc="1EF86C98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sz w:val="28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9"/>
  </w:num>
  <w:num w:numId="11">
    <w:abstractNumId w:val="47"/>
  </w:num>
  <w:num w:numId="12">
    <w:abstractNumId w:val="30"/>
  </w:num>
  <w:num w:numId="13">
    <w:abstractNumId w:val="22"/>
  </w:num>
  <w:num w:numId="14">
    <w:abstractNumId w:val="45"/>
  </w:num>
  <w:num w:numId="15">
    <w:abstractNumId w:val="38"/>
  </w:num>
  <w:num w:numId="16">
    <w:abstractNumId w:val="27"/>
  </w:num>
  <w:num w:numId="17">
    <w:abstractNumId w:val="12"/>
  </w:num>
  <w:num w:numId="18">
    <w:abstractNumId w:val="39"/>
  </w:num>
  <w:num w:numId="19">
    <w:abstractNumId w:val="25"/>
  </w:num>
  <w:num w:numId="20">
    <w:abstractNumId w:val="14"/>
  </w:num>
  <w:num w:numId="21">
    <w:abstractNumId w:val="13"/>
  </w:num>
  <w:num w:numId="22">
    <w:abstractNumId w:val="19"/>
  </w:num>
  <w:num w:numId="23">
    <w:abstractNumId w:val="33"/>
  </w:num>
  <w:num w:numId="24">
    <w:abstractNumId w:val="41"/>
  </w:num>
  <w:num w:numId="25">
    <w:abstractNumId w:val="10"/>
  </w:num>
  <w:num w:numId="26">
    <w:abstractNumId w:val="40"/>
  </w:num>
  <w:num w:numId="27">
    <w:abstractNumId w:val="17"/>
  </w:num>
  <w:num w:numId="28">
    <w:abstractNumId w:val="37"/>
  </w:num>
  <w:num w:numId="29">
    <w:abstractNumId w:val="42"/>
  </w:num>
  <w:num w:numId="30">
    <w:abstractNumId w:val="24"/>
  </w:num>
  <w:num w:numId="31">
    <w:abstractNumId w:val="23"/>
  </w:num>
  <w:num w:numId="32">
    <w:abstractNumId w:val="11"/>
  </w:num>
  <w:num w:numId="33">
    <w:abstractNumId w:val="35"/>
  </w:num>
  <w:num w:numId="34">
    <w:abstractNumId w:val="21"/>
  </w:num>
  <w:num w:numId="35">
    <w:abstractNumId w:val="28"/>
  </w:num>
  <w:num w:numId="36">
    <w:abstractNumId w:val="20"/>
  </w:num>
  <w:num w:numId="37">
    <w:abstractNumId w:val="34"/>
  </w:num>
  <w:num w:numId="38">
    <w:abstractNumId w:val="18"/>
  </w:num>
  <w:num w:numId="39">
    <w:abstractNumId w:val="32"/>
  </w:num>
  <w:num w:numId="40">
    <w:abstractNumId w:val="9"/>
  </w:num>
  <w:num w:numId="41">
    <w:abstractNumId w:val="36"/>
  </w:num>
  <w:num w:numId="42">
    <w:abstractNumId w:val="44"/>
  </w:num>
  <w:num w:numId="43">
    <w:abstractNumId w:val="16"/>
  </w:num>
  <w:num w:numId="44">
    <w:abstractNumId w:val="15"/>
  </w:num>
  <w:num w:numId="45">
    <w:abstractNumId w:val="43"/>
  </w:num>
  <w:num w:numId="46">
    <w:abstractNumId w:val="26"/>
  </w:num>
  <w:num w:numId="47">
    <w:abstractNumId w:val="46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3BC2"/>
    <w:rsid w:val="00034616"/>
    <w:rsid w:val="0006063C"/>
    <w:rsid w:val="00111D61"/>
    <w:rsid w:val="0015074B"/>
    <w:rsid w:val="00196AE9"/>
    <w:rsid w:val="001A59F0"/>
    <w:rsid w:val="0029639D"/>
    <w:rsid w:val="00312A1D"/>
    <w:rsid w:val="00326F90"/>
    <w:rsid w:val="00355C53"/>
    <w:rsid w:val="003A414C"/>
    <w:rsid w:val="003F7F67"/>
    <w:rsid w:val="004364C4"/>
    <w:rsid w:val="00445FAC"/>
    <w:rsid w:val="004753CC"/>
    <w:rsid w:val="00485C9A"/>
    <w:rsid w:val="004940B3"/>
    <w:rsid w:val="004B433E"/>
    <w:rsid w:val="004E4788"/>
    <w:rsid w:val="00523645"/>
    <w:rsid w:val="00585824"/>
    <w:rsid w:val="00586D39"/>
    <w:rsid w:val="00591C53"/>
    <w:rsid w:val="005B200D"/>
    <w:rsid w:val="006421F7"/>
    <w:rsid w:val="006921E2"/>
    <w:rsid w:val="007F560E"/>
    <w:rsid w:val="0080634F"/>
    <w:rsid w:val="0082657A"/>
    <w:rsid w:val="00835CA6"/>
    <w:rsid w:val="00853056"/>
    <w:rsid w:val="00871653"/>
    <w:rsid w:val="008D3D12"/>
    <w:rsid w:val="0090091B"/>
    <w:rsid w:val="00993506"/>
    <w:rsid w:val="009B744E"/>
    <w:rsid w:val="009F0811"/>
    <w:rsid w:val="00AA1D8D"/>
    <w:rsid w:val="00B035CC"/>
    <w:rsid w:val="00B47730"/>
    <w:rsid w:val="00B81150"/>
    <w:rsid w:val="00C3795C"/>
    <w:rsid w:val="00C55720"/>
    <w:rsid w:val="00C559EF"/>
    <w:rsid w:val="00C601A0"/>
    <w:rsid w:val="00CB0664"/>
    <w:rsid w:val="00CF6ACD"/>
    <w:rsid w:val="00D41394"/>
    <w:rsid w:val="00D465C9"/>
    <w:rsid w:val="00E16668"/>
    <w:rsid w:val="00E4245A"/>
    <w:rsid w:val="00F23E96"/>
    <w:rsid w:val="00F25445"/>
    <w:rsid w:val="00F833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91C45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</w:pPr>
    <w:rPr>
      <w:rFonts w:ascii="標楷體" w:eastAsia="標楷體" w:hAnsi="標楷體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rPr>
      <w:rFonts w:ascii="標楷體" w:eastAsia="標楷體" w:hAnsi="標楷體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a">
    <w:name w:val="計畫標題"/>
    <w:pPr>
      <w:spacing w:after="40"/>
      <w:jc w:val="center"/>
    </w:pPr>
    <w:rPr>
      <w:rFonts w:ascii="標楷體" w:eastAsia="標楷體" w:hAnsi="標楷體"/>
      <w:b/>
      <w:sz w:val="36"/>
    </w:rPr>
  </w:style>
  <w:style w:type="paragraph" w:customStyle="1" w:styleId="affb">
    <w:name w:val="章節標題"/>
    <w:pPr>
      <w:keepNext/>
      <w:spacing w:before="80" w:after="20"/>
    </w:pPr>
    <w:rPr>
      <w:rFonts w:ascii="標楷體" w:eastAsia="標楷體" w:hAnsi="標楷體"/>
      <w:b/>
      <w:sz w:val="28"/>
    </w:rPr>
  </w:style>
  <w:style w:type="paragraph" w:customStyle="1" w:styleId="affc">
    <w:name w:val="附件標題"/>
    <w:pPr>
      <w:keepNext/>
      <w:spacing w:after="80"/>
      <w:jc w:val="center"/>
    </w:pPr>
    <w:rPr>
      <w:rFonts w:ascii="標楷體" w:eastAsia="標楷體" w:hAnsi="標楷體"/>
      <w:b/>
      <w:sz w:val="32"/>
    </w:rPr>
  </w:style>
  <w:style w:type="table" w:customStyle="1" w:styleId="14">
    <w:name w:val="表格格線1"/>
    <w:basedOn w:val="a3"/>
    <w:next w:val="aff2"/>
    <w:rsid w:val="004364C4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3"/>
    <w:uiPriority w:val="99"/>
    <w:rsid w:val="004364C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10">
    <w:name w:val="純表格 31"/>
    <w:basedOn w:val="a3"/>
    <w:next w:val="PlainTable3"/>
    <w:uiPriority w:val="43"/>
    <w:rsid w:val="00871653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</w:pPr>
    <w:rPr>
      <w:rFonts w:ascii="標楷體" w:eastAsia="標楷體" w:hAnsi="標楷體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rPr>
      <w:rFonts w:ascii="標楷體" w:eastAsia="標楷體" w:hAnsi="標楷體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a">
    <w:name w:val="計畫標題"/>
    <w:pPr>
      <w:spacing w:after="40"/>
      <w:jc w:val="center"/>
    </w:pPr>
    <w:rPr>
      <w:rFonts w:ascii="標楷體" w:eastAsia="標楷體" w:hAnsi="標楷體"/>
      <w:b/>
      <w:sz w:val="36"/>
    </w:rPr>
  </w:style>
  <w:style w:type="paragraph" w:customStyle="1" w:styleId="affb">
    <w:name w:val="章節標題"/>
    <w:pPr>
      <w:keepNext/>
      <w:spacing w:before="80" w:after="20"/>
    </w:pPr>
    <w:rPr>
      <w:rFonts w:ascii="標楷體" w:eastAsia="標楷體" w:hAnsi="標楷體"/>
      <w:b/>
      <w:sz w:val="28"/>
    </w:rPr>
  </w:style>
  <w:style w:type="paragraph" w:customStyle="1" w:styleId="affc">
    <w:name w:val="附件標題"/>
    <w:pPr>
      <w:keepNext/>
      <w:spacing w:after="80"/>
      <w:jc w:val="center"/>
    </w:pPr>
    <w:rPr>
      <w:rFonts w:ascii="標楷體" w:eastAsia="標楷體" w:hAnsi="標楷體"/>
      <w:b/>
      <w:sz w:val="32"/>
    </w:rPr>
  </w:style>
  <w:style w:type="table" w:customStyle="1" w:styleId="14">
    <w:name w:val="表格格線1"/>
    <w:basedOn w:val="a3"/>
    <w:next w:val="aff2"/>
    <w:rsid w:val="004364C4"/>
    <w:pPr>
      <w:widowControl w:val="0"/>
      <w:spacing w:after="0" w:line="240" w:lineRule="auto"/>
    </w:pPr>
    <w:rPr>
      <w:rFonts w:ascii="Times New Roman" w:eastAsia="新細明體" w:hAnsi="Times New Roman" w:cs="Times New Roman"/>
      <w:sz w:val="20"/>
      <w:szCs w:val="20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3"/>
    <w:uiPriority w:val="99"/>
    <w:rsid w:val="004364C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310">
    <w:name w:val="純表格 31"/>
    <w:basedOn w:val="a3"/>
    <w:next w:val="PlainTable3"/>
    <w:uiPriority w:val="43"/>
    <w:rsid w:val="00871653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2C26E9-441F-494D-9549-86BD9385B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115年度高雄市政府6樓以上老舊公寓大廈住宅用火災警報器專案補助計畫（修正版）</dc:title>
  <dc:subject>老舊公寓大廈住警器專案補助計畫</dc:subject>
  <dc:creator>高雄市政府消防局</dc:creator>
  <cp:keywords>住宅用火災警報器, 老舊公寓大廈, 消防安全設備, 專案補助</cp:keywords>
  <dc:description>generated by python-docx</dc:description>
  <cp:lastModifiedBy>user</cp:lastModifiedBy>
  <cp:revision>8</cp:revision>
  <cp:lastPrinted>2026-08-28T09:22:00Z</cp:lastPrinted>
  <dcterms:created xsi:type="dcterms:W3CDTF">2026-07-27T15:05:00Z</dcterms:created>
  <dcterms:modified xsi:type="dcterms:W3CDTF">2026-08-28T09:22:00Z</dcterms:modified>
</cp:coreProperties>
</file>