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B298F" w14:textId="5FE4871D" w:rsidR="00445FAC" w:rsidRDefault="00EE753E" w:rsidP="004B433E">
      <w:pPr>
        <w:spacing w:line="520" w:lineRule="exact"/>
        <w:jc w:val="right"/>
        <w:rPr>
          <w:b/>
          <w:sz w:val="32"/>
          <w:lang w:eastAsia="zh-TW"/>
        </w:rPr>
      </w:pPr>
      <w:bookmarkStart w:id="0" w:name="_GoBack"/>
      <w:bookmarkEnd w:id="0"/>
      <w:r w:rsidRPr="00445FAC">
        <w:rPr>
          <w:b/>
          <w:sz w:val="24"/>
          <w:szCs w:val="18"/>
          <w:lang w:eastAsia="zh-TW"/>
        </w:rPr>
        <w:t>附件五</w:t>
      </w:r>
      <w:r>
        <w:rPr>
          <w:b/>
          <w:sz w:val="32"/>
          <w:lang w:eastAsia="zh-TW"/>
        </w:rPr>
        <w:t xml:space="preserve">　</w:t>
      </w:r>
    </w:p>
    <w:p w14:paraId="1D1EBFAB" w14:textId="670E6DE7" w:rsidR="009B744E" w:rsidRPr="00033BC2" w:rsidRDefault="00EE753E" w:rsidP="00871653">
      <w:pPr>
        <w:spacing w:after="240" w:line="520" w:lineRule="exact"/>
        <w:jc w:val="center"/>
        <w:rPr>
          <w:b/>
          <w:sz w:val="32"/>
          <w:szCs w:val="32"/>
          <w:lang w:eastAsia="zh-TW"/>
        </w:rPr>
      </w:pPr>
      <w:r w:rsidRPr="00033BC2">
        <w:rPr>
          <w:b/>
          <w:sz w:val="32"/>
          <w:szCs w:val="32"/>
          <w:lang w:eastAsia="zh-TW"/>
        </w:rPr>
        <w:t>住警器裝設成果表及未裝設住警器繳回清冊</w:t>
      </w:r>
    </w:p>
    <w:tbl>
      <w:tblPr>
        <w:tblStyle w:val="310"/>
        <w:tblW w:w="9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7475"/>
      </w:tblGrid>
      <w:tr w:rsidR="00871653" w:rsidRPr="00871653" w14:paraId="74AADD95" w14:textId="77777777" w:rsidTr="00033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6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00" w:type="dxa"/>
            <w:tcBorders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5DA1462" w14:textId="4DE1A412" w:rsidR="00871653" w:rsidRPr="00871653" w:rsidRDefault="00C559EF" w:rsidP="00D41394">
            <w:pPr>
              <w:widowControl w:val="0"/>
              <w:snapToGrid w:val="0"/>
              <w:spacing w:beforeLines="50" w:before="120" w:line="520" w:lineRule="exact"/>
              <w:jc w:val="center"/>
              <w:rPr>
                <w:kern w:val="2"/>
                <w:szCs w:val="28"/>
              </w:rPr>
            </w:pPr>
            <w:r w:rsidRPr="00C559EF">
              <w:rPr>
                <w:kern w:val="2"/>
                <w:szCs w:val="28"/>
              </w:rPr>
              <w:t>公寓大廈</w:t>
            </w:r>
            <w:r w:rsidR="00871653" w:rsidRPr="00871653">
              <w:rPr>
                <w:kern w:val="2"/>
                <w:szCs w:val="28"/>
              </w:rPr>
              <w:t>名稱</w:t>
            </w:r>
          </w:p>
        </w:tc>
        <w:tc>
          <w:tcPr>
            <w:tcW w:w="7475" w:type="dxa"/>
            <w:tcBorders>
              <w:bottom w:val="none" w:sz="0" w:space="0" w:color="auto"/>
            </w:tcBorders>
            <w:vAlign w:val="center"/>
            <w:hideMark/>
          </w:tcPr>
          <w:p w14:paraId="7A4CF047" w14:textId="77777777" w:rsidR="00871653" w:rsidRPr="00871653" w:rsidRDefault="00871653" w:rsidP="00D41394">
            <w:pPr>
              <w:widowControl w:val="0"/>
              <w:snapToGrid w:val="0"/>
              <w:spacing w:beforeLines="50" w:before="120"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Cs w:val="28"/>
              </w:rPr>
            </w:pPr>
          </w:p>
        </w:tc>
      </w:tr>
      <w:tr w:rsidR="00871653" w:rsidRPr="00871653" w14:paraId="56C0FB4C" w14:textId="77777777" w:rsidTr="00033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right w:val="none" w:sz="0" w:space="0" w:color="auto"/>
            </w:tcBorders>
            <w:vAlign w:val="center"/>
            <w:hideMark/>
          </w:tcPr>
          <w:p w14:paraId="5A039ED4" w14:textId="77777777" w:rsidR="00871653" w:rsidRPr="00871653" w:rsidRDefault="00871653" w:rsidP="00D41394">
            <w:pPr>
              <w:widowControl w:val="0"/>
              <w:snapToGrid w:val="0"/>
              <w:spacing w:beforeLines="50" w:before="120" w:line="520" w:lineRule="exact"/>
              <w:jc w:val="center"/>
              <w:rPr>
                <w:kern w:val="2"/>
                <w:szCs w:val="28"/>
              </w:rPr>
            </w:pPr>
            <w:r w:rsidRPr="00871653">
              <w:rPr>
                <w:kern w:val="2"/>
                <w:szCs w:val="28"/>
              </w:rPr>
              <w:t>場所地址</w:t>
            </w:r>
          </w:p>
        </w:tc>
        <w:tc>
          <w:tcPr>
            <w:tcW w:w="7475" w:type="dxa"/>
            <w:vAlign w:val="center"/>
            <w:hideMark/>
          </w:tcPr>
          <w:p w14:paraId="57F1150A" w14:textId="77777777" w:rsidR="00871653" w:rsidRPr="00871653" w:rsidRDefault="00871653" w:rsidP="00D41394">
            <w:pPr>
              <w:widowControl w:val="0"/>
              <w:snapToGrid w:val="0"/>
              <w:spacing w:beforeLines="50" w:before="120" w:line="5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Cs w:val="28"/>
              </w:rPr>
            </w:pPr>
          </w:p>
        </w:tc>
      </w:tr>
      <w:tr w:rsidR="001A59F0" w:rsidRPr="00871653" w14:paraId="0DA31A32" w14:textId="77777777" w:rsidTr="00D41394">
        <w:trPr>
          <w:trHeight w:val="2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right w:val="none" w:sz="0" w:space="0" w:color="auto"/>
            </w:tcBorders>
            <w:vAlign w:val="center"/>
            <w:hideMark/>
          </w:tcPr>
          <w:p w14:paraId="44756435" w14:textId="748531F0" w:rsidR="001A59F0" w:rsidRPr="00871653" w:rsidRDefault="001A59F0" w:rsidP="00D41394">
            <w:pPr>
              <w:widowControl w:val="0"/>
              <w:snapToGrid w:val="0"/>
              <w:spacing w:beforeLines="50" w:before="120" w:line="520" w:lineRule="exact"/>
              <w:jc w:val="center"/>
              <w:rPr>
                <w:kern w:val="2"/>
                <w:szCs w:val="28"/>
              </w:rPr>
            </w:pPr>
            <w:r w:rsidRPr="00871653">
              <w:rPr>
                <w:kern w:val="2"/>
                <w:szCs w:val="28"/>
              </w:rPr>
              <w:t>核定／實際裝設</w:t>
            </w:r>
          </w:p>
        </w:tc>
        <w:tc>
          <w:tcPr>
            <w:tcW w:w="7475" w:type="dxa"/>
            <w:vAlign w:val="center"/>
            <w:hideMark/>
          </w:tcPr>
          <w:p w14:paraId="227AF4A1" w14:textId="24AF1D55" w:rsidR="001A59F0" w:rsidRDefault="001A59F0" w:rsidP="00D41394">
            <w:pPr>
              <w:widowControl w:val="0"/>
              <w:snapToGrid w:val="0"/>
              <w:spacing w:beforeLines="50" w:before="120"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Cs w:val="28"/>
              </w:rPr>
            </w:pPr>
            <w:r w:rsidRPr="00871653">
              <w:rPr>
                <w:kern w:val="2"/>
                <w:szCs w:val="28"/>
              </w:rPr>
              <w:t>核定</w:t>
            </w:r>
            <w:r w:rsidR="00D41394">
              <w:rPr>
                <w:rFonts w:hint="eastAsia"/>
                <w:kern w:val="2"/>
                <w:szCs w:val="28"/>
              </w:rPr>
              <w:t xml:space="preserve">  </w:t>
            </w:r>
            <w:r w:rsidRPr="00871653">
              <w:rPr>
                <w:kern w:val="2"/>
                <w:szCs w:val="28"/>
              </w:rPr>
              <w:t>_____</w:t>
            </w:r>
            <w:r w:rsidR="00D41394">
              <w:rPr>
                <w:rFonts w:hint="eastAsia"/>
                <w:kern w:val="2"/>
                <w:szCs w:val="28"/>
              </w:rPr>
              <w:t xml:space="preserve">  </w:t>
            </w:r>
            <w:r w:rsidRPr="00871653">
              <w:rPr>
                <w:kern w:val="2"/>
                <w:szCs w:val="28"/>
              </w:rPr>
              <w:t>顆；實際裝設</w:t>
            </w:r>
            <w:r w:rsidR="00D41394">
              <w:rPr>
                <w:rFonts w:hint="eastAsia"/>
                <w:kern w:val="2"/>
                <w:szCs w:val="28"/>
              </w:rPr>
              <w:t xml:space="preserve">  </w:t>
            </w:r>
            <w:r w:rsidRPr="00871653">
              <w:rPr>
                <w:kern w:val="2"/>
                <w:szCs w:val="28"/>
              </w:rPr>
              <w:t>_____</w:t>
            </w:r>
            <w:r w:rsidR="00D41394">
              <w:rPr>
                <w:rFonts w:hint="eastAsia"/>
                <w:kern w:val="2"/>
                <w:szCs w:val="28"/>
              </w:rPr>
              <w:t xml:space="preserve">  </w:t>
            </w:r>
            <w:r w:rsidRPr="00871653">
              <w:rPr>
                <w:kern w:val="2"/>
                <w:szCs w:val="28"/>
              </w:rPr>
              <w:t>顆；</w:t>
            </w:r>
          </w:p>
          <w:p w14:paraId="669217AC" w14:textId="63B59D89" w:rsidR="001A59F0" w:rsidRPr="00871653" w:rsidRDefault="001A59F0" w:rsidP="00D41394">
            <w:pPr>
              <w:widowControl w:val="0"/>
              <w:snapToGrid w:val="0"/>
              <w:spacing w:beforeLines="50" w:before="120"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Cs w:val="28"/>
              </w:rPr>
            </w:pPr>
            <w:r w:rsidRPr="00871653">
              <w:rPr>
                <w:kern w:val="2"/>
                <w:szCs w:val="28"/>
              </w:rPr>
              <w:t>退回</w:t>
            </w:r>
            <w:r w:rsidR="00D41394">
              <w:rPr>
                <w:rFonts w:hint="eastAsia"/>
                <w:kern w:val="2"/>
                <w:szCs w:val="28"/>
              </w:rPr>
              <w:t xml:space="preserve">  </w:t>
            </w:r>
            <w:r w:rsidRPr="00871653">
              <w:rPr>
                <w:kern w:val="2"/>
                <w:szCs w:val="28"/>
              </w:rPr>
              <w:t>_____</w:t>
            </w:r>
            <w:r w:rsidR="00D41394">
              <w:rPr>
                <w:rFonts w:hint="eastAsia"/>
                <w:kern w:val="2"/>
                <w:szCs w:val="28"/>
              </w:rPr>
              <w:t xml:space="preserve">  </w:t>
            </w:r>
            <w:r w:rsidRPr="00871653">
              <w:rPr>
                <w:kern w:val="2"/>
                <w:szCs w:val="28"/>
              </w:rPr>
              <w:t>顆；異常</w:t>
            </w:r>
            <w:r w:rsidR="00D41394">
              <w:rPr>
                <w:rFonts w:hint="eastAsia"/>
                <w:kern w:val="2"/>
                <w:szCs w:val="28"/>
              </w:rPr>
              <w:t xml:space="preserve">  </w:t>
            </w:r>
            <w:r w:rsidRPr="00871653">
              <w:rPr>
                <w:kern w:val="2"/>
                <w:szCs w:val="28"/>
              </w:rPr>
              <w:t>_____</w:t>
            </w:r>
            <w:r w:rsidR="00D41394">
              <w:rPr>
                <w:rFonts w:hint="eastAsia"/>
                <w:kern w:val="2"/>
                <w:szCs w:val="28"/>
              </w:rPr>
              <w:t xml:space="preserve">  </w:t>
            </w:r>
            <w:r w:rsidRPr="00871653">
              <w:rPr>
                <w:kern w:val="2"/>
                <w:szCs w:val="28"/>
              </w:rPr>
              <w:t>顆</w:t>
            </w:r>
          </w:p>
        </w:tc>
      </w:tr>
      <w:tr w:rsidR="00D41394" w:rsidRPr="00871653" w14:paraId="46EF0FC3" w14:textId="77777777" w:rsidTr="00D413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right w:val="none" w:sz="0" w:space="0" w:color="auto"/>
            </w:tcBorders>
            <w:vAlign w:val="center"/>
            <w:hideMark/>
          </w:tcPr>
          <w:p w14:paraId="4530BB8B" w14:textId="69AFF4C6" w:rsidR="00D41394" w:rsidRPr="00871653" w:rsidRDefault="00D41394" w:rsidP="00D41394">
            <w:pPr>
              <w:widowControl w:val="0"/>
              <w:snapToGrid w:val="0"/>
              <w:spacing w:beforeLines="50" w:before="120" w:line="520" w:lineRule="exact"/>
              <w:jc w:val="center"/>
              <w:rPr>
                <w:kern w:val="2"/>
                <w:szCs w:val="28"/>
              </w:rPr>
            </w:pPr>
            <w:r>
              <w:rPr>
                <w:rFonts w:hint="eastAsia"/>
                <w:kern w:val="2"/>
                <w:szCs w:val="28"/>
              </w:rPr>
              <w:t>繳回</w:t>
            </w:r>
            <w:r w:rsidRPr="00871653">
              <w:rPr>
                <w:kern w:val="2"/>
                <w:szCs w:val="28"/>
              </w:rPr>
              <w:t>照片及附件</w:t>
            </w:r>
          </w:p>
        </w:tc>
        <w:tc>
          <w:tcPr>
            <w:tcW w:w="7475" w:type="dxa"/>
            <w:vAlign w:val="center"/>
            <w:hideMark/>
          </w:tcPr>
          <w:p w14:paraId="3C833ECE" w14:textId="2D5FDD89" w:rsidR="00D41394" w:rsidRPr="00871653" w:rsidRDefault="00D41394" w:rsidP="00D41394">
            <w:pPr>
              <w:widowControl w:val="0"/>
              <w:snapToGrid w:val="0"/>
              <w:spacing w:beforeLines="50" w:before="120"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Cs w:val="28"/>
              </w:rPr>
            </w:pPr>
            <w:r w:rsidRPr="00871653">
              <w:rPr>
                <w:kern w:val="2"/>
                <w:szCs w:val="28"/>
              </w:rPr>
              <w:t>□</w:t>
            </w:r>
            <w:r>
              <w:rPr>
                <w:rFonts w:hint="eastAsia"/>
                <w:kern w:val="2"/>
                <w:szCs w:val="28"/>
              </w:rPr>
              <w:t>住戶</w:t>
            </w:r>
            <w:r w:rsidRPr="00871653">
              <w:rPr>
                <w:kern w:val="2"/>
                <w:szCs w:val="28"/>
              </w:rPr>
              <w:t>簽收名冊</w:t>
            </w:r>
            <w:r>
              <w:rPr>
                <w:rFonts w:hint="eastAsia"/>
                <w:kern w:val="2"/>
                <w:szCs w:val="28"/>
              </w:rPr>
              <w:t xml:space="preserve">     </w:t>
            </w:r>
            <w:r w:rsidRPr="00871653">
              <w:rPr>
                <w:kern w:val="2"/>
                <w:szCs w:val="28"/>
              </w:rPr>
              <w:t>□</w:t>
            </w:r>
            <w:r>
              <w:rPr>
                <w:rFonts w:hint="eastAsia"/>
                <w:kern w:val="2"/>
                <w:szCs w:val="28"/>
              </w:rPr>
              <w:t>公共梯間</w:t>
            </w:r>
            <w:r w:rsidRPr="00871653">
              <w:rPr>
                <w:kern w:val="2"/>
                <w:szCs w:val="28"/>
              </w:rPr>
              <w:t xml:space="preserve">裝設照片　</w:t>
            </w:r>
            <w:r w:rsidR="00033BC2">
              <w:rPr>
                <w:rFonts w:hint="eastAsia"/>
                <w:kern w:val="2"/>
                <w:szCs w:val="28"/>
              </w:rPr>
              <w:t xml:space="preserve">  </w:t>
            </w:r>
            <w:r w:rsidRPr="00871653">
              <w:rPr>
                <w:kern w:val="2"/>
                <w:szCs w:val="28"/>
              </w:rPr>
              <w:t>□宣導紀錄</w:t>
            </w:r>
          </w:p>
          <w:p w14:paraId="799792FE" w14:textId="120D305E" w:rsidR="00D41394" w:rsidRPr="00871653" w:rsidRDefault="00D41394" w:rsidP="00D41394">
            <w:pPr>
              <w:widowControl w:val="0"/>
              <w:snapToGrid w:val="0"/>
              <w:spacing w:beforeLines="50" w:before="120"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Cs w:val="28"/>
              </w:rPr>
            </w:pPr>
            <w:r w:rsidRPr="00871653">
              <w:rPr>
                <w:kern w:val="2"/>
                <w:szCs w:val="28"/>
              </w:rPr>
              <w:t>□其他：________</w:t>
            </w:r>
          </w:p>
        </w:tc>
      </w:tr>
    </w:tbl>
    <w:p w14:paraId="33288A03" w14:textId="77777777" w:rsidR="00056A7C" w:rsidRDefault="00056A7C" w:rsidP="00056A7C">
      <w:pPr>
        <w:ind w:left="630" w:hangingChars="225" w:hanging="630"/>
        <w:rPr>
          <w:lang w:eastAsia="zh-TW"/>
        </w:rPr>
      </w:pPr>
    </w:p>
    <w:p w14:paraId="420128EE" w14:textId="59D0ED41" w:rsidR="00056A7C" w:rsidRPr="00B20E5F" w:rsidRDefault="00056A7C" w:rsidP="00EE753E">
      <w:pPr>
        <w:pStyle w:val="ae"/>
        <w:numPr>
          <w:ilvl w:val="0"/>
          <w:numId w:val="7"/>
        </w:numPr>
        <w:spacing w:line="240" w:lineRule="auto"/>
        <w:rPr>
          <w:lang w:eastAsia="zh-TW"/>
        </w:rPr>
      </w:pPr>
      <w:r>
        <w:rPr>
          <w:lang w:eastAsia="zh-TW"/>
        </w:rPr>
        <w:t>本場所領取之</w:t>
      </w:r>
      <w:proofErr w:type="gramStart"/>
      <w:r>
        <w:rPr>
          <w:lang w:eastAsia="zh-TW"/>
        </w:rPr>
        <w:t>住警器</w:t>
      </w:r>
      <w:proofErr w:type="gramEnd"/>
      <w:r>
        <w:rPr>
          <w:lang w:eastAsia="zh-TW"/>
        </w:rPr>
        <w:t>已依核定用途完成裝設；未裝設或功能異常之</w:t>
      </w:r>
      <w:proofErr w:type="gramStart"/>
      <w:r>
        <w:rPr>
          <w:lang w:eastAsia="zh-TW"/>
        </w:rPr>
        <w:t>住警器</w:t>
      </w:r>
      <w:r w:rsidRPr="00B20E5F">
        <w:rPr>
          <w:lang w:eastAsia="zh-TW"/>
        </w:rPr>
        <w:t>均已</w:t>
      </w:r>
      <w:proofErr w:type="gramEnd"/>
      <w:r w:rsidRPr="00270ABE">
        <w:rPr>
          <w:lang w:eastAsia="zh-TW"/>
        </w:rPr>
        <w:t>依上表如數繳回，無留用、轉交或挪作他用情形。</w:t>
      </w:r>
    </w:p>
    <w:p w14:paraId="6B0951C2" w14:textId="0BE82373" w:rsidR="00056A7C" w:rsidRDefault="00056A7C" w:rsidP="00EE753E">
      <w:pPr>
        <w:pStyle w:val="ae"/>
        <w:numPr>
          <w:ilvl w:val="0"/>
          <w:numId w:val="7"/>
        </w:numPr>
        <w:spacing w:before="240" w:line="240" w:lineRule="auto"/>
        <w:rPr>
          <w:lang w:eastAsia="zh-TW"/>
        </w:rPr>
      </w:pPr>
      <w:r>
        <w:rPr>
          <w:lang w:eastAsia="zh-TW"/>
        </w:rPr>
        <w:t>本表及檢附文件所填資料均屬實，如有不實，願負相關法律責任。</w:t>
      </w:r>
    </w:p>
    <w:p w14:paraId="3479C721" w14:textId="77777777" w:rsidR="00056A7C" w:rsidRDefault="00056A7C" w:rsidP="00056A7C">
      <w:pPr>
        <w:pStyle w:val="ae"/>
        <w:spacing w:before="240" w:line="240" w:lineRule="auto"/>
        <w:rPr>
          <w:lang w:eastAsia="zh-TW"/>
        </w:rPr>
      </w:pPr>
    </w:p>
    <w:p w14:paraId="52D934EE" w14:textId="77777777" w:rsidR="00056A7C" w:rsidRDefault="00EE753E" w:rsidP="00056A7C">
      <w:pPr>
        <w:spacing w:before="240" w:line="240" w:lineRule="auto"/>
        <w:rPr>
          <w:szCs w:val="28"/>
          <w:lang w:eastAsia="zh-TW"/>
        </w:rPr>
      </w:pPr>
      <w:r w:rsidRPr="00D41394">
        <w:rPr>
          <w:szCs w:val="28"/>
          <w:lang w:eastAsia="zh-TW"/>
        </w:rPr>
        <w:t xml:space="preserve">申請人簽章：　　　　　　　　　　管理委員會章戳：　　</w:t>
      </w:r>
    </w:p>
    <w:p w14:paraId="7663CBF6" w14:textId="45E647D3" w:rsidR="00056A7C" w:rsidRDefault="00EE753E" w:rsidP="00056A7C">
      <w:pPr>
        <w:spacing w:before="240" w:line="240" w:lineRule="auto"/>
        <w:rPr>
          <w:szCs w:val="28"/>
          <w:lang w:eastAsia="zh-TW"/>
        </w:rPr>
      </w:pPr>
      <w:r w:rsidRPr="00D41394">
        <w:rPr>
          <w:szCs w:val="28"/>
          <w:lang w:eastAsia="zh-TW"/>
        </w:rPr>
        <w:t xml:space="preserve">　　　　　　</w:t>
      </w:r>
    </w:p>
    <w:tbl>
      <w:tblPr>
        <w:tblW w:w="9757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57"/>
      </w:tblGrid>
      <w:tr w:rsidR="00056A7C" w14:paraId="75588A8B" w14:textId="77777777" w:rsidTr="00056A7C">
        <w:trPr>
          <w:trHeight w:val="3642"/>
        </w:trPr>
        <w:tc>
          <w:tcPr>
            <w:tcW w:w="9757" w:type="dxa"/>
          </w:tcPr>
          <w:p w14:paraId="7FC52CF0" w14:textId="77777777" w:rsidR="00056A7C" w:rsidRDefault="00056A7C" w:rsidP="00D3565F">
            <w:pPr>
              <w:spacing w:before="240" w:line="240" w:lineRule="auto"/>
              <w:ind w:left="54"/>
              <w:rPr>
                <w:szCs w:val="28"/>
                <w:lang w:eastAsia="zh-TW"/>
              </w:rPr>
            </w:pPr>
            <w:r w:rsidRPr="00D41394">
              <w:rPr>
                <w:szCs w:val="28"/>
                <w:lang w:eastAsia="zh-TW"/>
              </w:rPr>
              <w:t xml:space="preserve">查驗日期：中華民國115年　　　月　　　日　　</w:t>
            </w:r>
          </w:p>
          <w:tbl>
            <w:tblPr>
              <w:tblpPr w:leftFromText="180" w:rightFromText="180" w:vertAnchor="text" w:horzAnchor="page" w:tblpX="5697" w:tblpY="278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401"/>
            </w:tblGrid>
            <w:tr w:rsidR="00056A7C" w14:paraId="76E10BCA" w14:textId="77777777" w:rsidTr="00D3565F">
              <w:trPr>
                <w:trHeight w:val="1935"/>
              </w:trPr>
              <w:tc>
                <w:tcPr>
                  <w:tcW w:w="3401" w:type="dxa"/>
                </w:tcPr>
                <w:p w14:paraId="4A59ECDF" w14:textId="77777777" w:rsidR="00056A7C" w:rsidRDefault="00056A7C" w:rsidP="00D3565F">
                  <w:pPr>
                    <w:spacing w:before="240" w:line="240" w:lineRule="auto"/>
                    <w:jc w:val="center"/>
                    <w:rPr>
                      <w:szCs w:val="28"/>
                      <w:lang w:eastAsia="zh-TW"/>
                    </w:rPr>
                  </w:pPr>
                  <w:r w:rsidRPr="00DF572A">
                    <w:rPr>
                      <w:color w:val="C4BC96" w:themeColor="background2" w:themeShade="BF"/>
                      <w:szCs w:val="28"/>
                      <w:lang w:eastAsia="zh-TW"/>
                    </w:rPr>
                    <w:t>轄區消防分隊章戳：</w:t>
                  </w:r>
                </w:p>
              </w:tc>
            </w:tr>
          </w:tbl>
          <w:p w14:paraId="328E29FD" w14:textId="77777777" w:rsidR="00056A7C" w:rsidRDefault="00056A7C" w:rsidP="00D3565F">
            <w:pPr>
              <w:spacing w:before="240" w:line="240" w:lineRule="auto"/>
              <w:rPr>
                <w:szCs w:val="28"/>
                <w:lang w:eastAsia="zh-TW"/>
              </w:rPr>
            </w:pPr>
            <w:r>
              <w:rPr>
                <w:szCs w:val="28"/>
                <w:lang w:eastAsia="zh-TW"/>
              </w:rPr>
              <w:t xml:space="preserve"> </w:t>
            </w:r>
            <w:r w:rsidRPr="00D41394">
              <w:rPr>
                <w:szCs w:val="28"/>
                <w:lang w:eastAsia="zh-TW"/>
              </w:rPr>
              <w:t>□查驗完成</w:t>
            </w:r>
            <w:r>
              <w:rPr>
                <w:rFonts w:hint="eastAsia"/>
                <w:szCs w:val="28"/>
                <w:lang w:eastAsia="zh-TW"/>
              </w:rPr>
              <w:t xml:space="preserve">                                     </w:t>
            </w:r>
          </w:p>
          <w:p w14:paraId="12ED8E14" w14:textId="77777777" w:rsidR="00056A7C" w:rsidRDefault="00056A7C" w:rsidP="00D3565F">
            <w:pPr>
              <w:spacing w:before="240" w:line="240" w:lineRule="auto"/>
              <w:rPr>
                <w:szCs w:val="28"/>
                <w:lang w:eastAsia="zh-TW"/>
              </w:rPr>
            </w:pPr>
            <w:r>
              <w:rPr>
                <w:rFonts w:hint="eastAsia"/>
                <w:szCs w:val="28"/>
                <w:lang w:eastAsia="zh-TW"/>
              </w:rPr>
              <w:t xml:space="preserve"> </w:t>
            </w:r>
            <w:r w:rsidRPr="00D41394">
              <w:rPr>
                <w:szCs w:val="28"/>
                <w:lang w:eastAsia="zh-TW"/>
              </w:rPr>
              <w:t xml:space="preserve">□尚需補正：　</w:t>
            </w:r>
          </w:p>
          <w:p w14:paraId="3E704D76" w14:textId="77777777" w:rsidR="00056A7C" w:rsidRDefault="00056A7C" w:rsidP="00D3565F">
            <w:pPr>
              <w:spacing w:before="240" w:line="600" w:lineRule="auto"/>
              <w:ind w:left="54"/>
              <w:rPr>
                <w:szCs w:val="28"/>
                <w:lang w:eastAsia="zh-TW"/>
              </w:rPr>
            </w:pPr>
            <w:r w:rsidRPr="00D41394">
              <w:rPr>
                <w:szCs w:val="28"/>
                <w:lang w:eastAsia="zh-TW"/>
              </w:rPr>
              <w:t xml:space="preserve">　　　　　　　　　　　　　　　</w:t>
            </w:r>
          </w:p>
        </w:tc>
      </w:tr>
    </w:tbl>
    <w:p w14:paraId="4F4D400C" w14:textId="318BDBD2" w:rsidR="0090091B" w:rsidRPr="004B0015" w:rsidRDefault="00EE753E" w:rsidP="004B0015">
      <w:pPr>
        <w:spacing w:before="240" w:line="600" w:lineRule="auto"/>
        <w:rPr>
          <w:szCs w:val="28"/>
          <w:lang w:eastAsia="zh-TW"/>
        </w:rPr>
      </w:pPr>
      <w:r w:rsidRPr="00D41394">
        <w:rPr>
          <w:szCs w:val="28"/>
          <w:lang w:eastAsia="zh-TW"/>
        </w:rPr>
        <w:t xml:space="preserve">　　　　　　　　</w:t>
      </w:r>
    </w:p>
    <w:sectPr w:rsidR="0090091B" w:rsidRPr="004B0015" w:rsidSect="00056A7C">
      <w:footerReference w:type="default" r:id="rId9"/>
      <w:pgSz w:w="11906" w:h="16838"/>
      <w:pgMar w:top="850" w:right="1134" w:bottom="284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1299B" w14:textId="77777777" w:rsidR="00EE753E" w:rsidRDefault="00EE753E">
      <w:pPr>
        <w:spacing w:line="240" w:lineRule="auto"/>
      </w:pPr>
      <w:r>
        <w:separator/>
      </w:r>
    </w:p>
  </w:endnote>
  <w:endnote w:type="continuationSeparator" w:id="0">
    <w:p w14:paraId="2532DE9D" w14:textId="77777777" w:rsidR="00EE753E" w:rsidRDefault="00EE75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413343"/>
      <w:docPartObj>
        <w:docPartGallery w:val="Page Numbers (Bottom of Page)"/>
        <w:docPartUnique/>
      </w:docPartObj>
    </w:sdtPr>
    <w:sdtEndPr/>
    <w:sdtContent>
      <w:p w14:paraId="696885DB" w14:textId="0A0C11A2" w:rsidR="004364C4" w:rsidRDefault="004364C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B77" w:rsidRPr="00193B77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2F128509" w14:textId="04097913" w:rsidR="009B744E" w:rsidRDefault="009B744E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44CF6" w14:textId="77777777" w:rsidR="00EE753E" w:rsidRDefault="00EE753E">
      <w:pPr>
        <w:spacing w:line="240" w:lineRule="auto"/>
      </w:pPr>
      <w:r>
        <w:separator/>
      </w:r>
    </w:p>
  </w:footnote>
  <w:footnote w:type="continuationSeparator" w:id="0">
    <w:p w14:paraId="353DA359" w14:textId="77777777" w:rsidR="00EE753E" w:rsidRDefault="00EE75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F1332DC"/>
    <w:multiLevelType w:val="hybridMultilevel"/>
    <w:tmpl w:val="C74681EE"/>
    <w:lvl w:ilvl="0" w:tplc="F8BC11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3BC2"/>
    <w:rsid w:val="00034616"/>
    <w:rsid w:val="00056A7C"/>
    <w:rsid w:val="0006063C"/>
    <w:rsid w:val="00111D61"/>
    <w:rsid w:val="0015074B"/>
    <w:rsid w:val="00193B77"/>
    <w:rsid w:val="001A59F0"/>
    <w:rsid w:val="0021034D"/>
    <w:rsid w:val="0029639D"/>
    <w:rsid w:val="002A3038"/>
    <w:rsid w:val="00312A1D"/>
    <w:rsid w:val="00326F90"/>
    <w:rsid w:val="00394C93"/>
    <w:rsid w:val="003A414C"/>
    <w:rsid w:val="003F7F67"/>
    <w:rsid w:val="004364C4"/>
    <w:rsid w:val="00445FAC"/>
    <w:rsid w:val="004753CC"/>
    <w:rsid w:val="004940B3"/>
    <w:rsid w:val="004B0015"/>
    <w:rsid w:val="004B433E"/>
    <w:rsid w:val="004E4788"/>
    <w:rsid w:val="004F7355"/>
    <w:rsid w:val="00523645"/>
    <w:rsid w:val="00585824"/>
    <w:rsid w:val="005B200D"/>
    <w:rsid w:val="006421F7"/>
    <w:rsid w:val="007D4526"/>
    <w:rsid w:val="007F560E"/>
    <w:rsid w:val="00801D32"/>
    <w:rsid w:val="0080634F"/>
    <w:rsid w:val="0082657A"/>
    <w:rsid w:val="00835CA6"/>
    <w:rsid w:val="00853056"/>
    <w:rsid w:val="00871653"/>
    <w:rsid w:val="008D3D12"/>
    <w:rsid w:val="0090091B"/>
    <w:rsid w:val="00993506"/>
    <w:rsid w:val="009B744E"/>
    <w:rsid w:val="009F0811"/>
    <w:rsid w:val="00AA1D8D"/>
    <w:rsid w:val="00B47730"/>
    <w:rsid w:val="00B81150"/>
    <w:rsid w:val="00C3795C"/>
    <w:rsid w:val="00C55720"/>
    <w:rsid w:val="00C559EF"/>
    <w:rsid w:val="00C601A0"/>
    <w:rsid w:val="00CB0664"/>
    <w:rsid w:val="00CF6ACD"/>
    <w:rsid w:val="00D41394"/>
    <w:rsid w:val="00E4245A"/>
    <w:rsid w:val="00EE753E"/>
    <w:rsid w:val="00F23E96"/>
    <w:rsid w:val="00F25445"/>
    <w:rsid w:val="00F83334"/>
    <w:rsid w:val="00FB3E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91C45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標楷體" w:eastAsia="標楷體" w:hAnsi="標楷體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rPr>
      <w:rFonts w:ascii="標楷體" w:eastAsia="標楷體" w:hAnsi="標楷體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a">
    <w:name w:val="計畫標題"/>
    <w:pPr>
      <w:spacing w:after="40"/>
      <w:jc w:val="center"/>
    </w:pPr>
    <w:rPr>
      <w:rFonts w:ascii="標楷體" w:eastAsia="標楷體" w:hAnsi="標楷體"/>
      <w:b/>
      <w:sz w:val="36"/>
    </w:rPr>
  </w:style>
  <w:style w:type="paragraph" w:customStyle="1" w:styleId="affb">
    <w:name w:val="章節標題"/>
    <w:pPr>
      <w:keepNext/>
      <w:spacing w:before="80" w:after="20"/>
    </w:pPr>
    <w:rPr>
      <w:rFonts w:ascii="標楷體" w:eastAsia="標楷體" w:hAnsi="標楷體"/>
      <w:b/>
      <w:sz w:val="28"/>
    </w:rPr>
  </w:style>
  <w:style w:type="paragraph" w:customStyle="1" w:styleId="affc">
    <w:name w:val="附件標題"/>
    <w:pPr>
      <w:keepNext/>
      <w:spacing w:after="80"/>
      <w:jc w:val="center"/>
    </w:pPr>
    <w:rPr>
      <w:rFonts w:ascii="標楷體" w:eastAsia="標楷體" w:hAnsi="標楷體"/>
      <w:b/>
      <w:sz w:val="32"/>
    </w:rPr>
  </w:style>
  <w:style w:type="table" w:customStyle="1" w:styleId="14">
    <w:name w:val="表格格線1"/>
    <w:basedOn w:val="a3"/>
    <w:next w:val="aff2"/>
    <w:rsid w:val="004364C4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3"/>
    <w:uiPriority w:val="99"/>
    <w:rsid w:val="004364C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10">
    <w:name w:val="純表格 31"/>
    <w:basedOn w:val="a3"/>
    <w:next w:val="PlainTable3"/>
    <w:uiPriority w:val="43"/>
    <w:rsid w:val="00871653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標楷體" w:eastAsia="標楷體" w:hAnsi="標楷體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rPr>
      <w:rFonts w:ascii="標楷體" w:eastAsia="標楷體" w:hAnsi="標楷體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a">
    <w:name w:val="計畫標題"/>
    <w:pPr>
      <w:spacing w:after="40"/>
      <w:jc w:val="center"/>
    </w:pPr>
    <w:rPr>
      <w:rFonts w:ascii="標楷體" w:eastAsia="標楷體" w:hAnsi="標楷體"/>
      <w:b/>
      <w:sz w:val="36"/>
    </w:rPr>
  </w:style>
  <w:style w:type="paragraph" w:customStyle="1" w:styleId="affb">
    <w:name w:val="章節標題"/>
    <w:pPr>
      <w:keepNext/>
      <w:spacing w:before="80" w:after="20"/>
    </w:pPr>
    <w:rPr>
      <w:rFonts w:ascii="標楷體" w:eastAsia="標楷體" w:hAnsi="標楷體"/>
      <w:b/>
      <w:sz w:val="28"/>
    </w:rPr>
  </w:style>
  <w:style w:type="paragraph" w:customStyle="1" w:styleId="affc">
    <w:name w:val="附件標題"/>
    <w:pPr>
      <w:keepNext/>
      <w:spacing w:after="80"/>
      <w:jc w:val="center"/>
    </w:pPr>
    <w:rPr>
      <w:rFonts w:ascii="標楷體" w:eastAsia="標楷體" w:hAnsi="標楷體"/>
      <w:b/>
      <w:sz w:val="32"/>
    </w:rPr>
  </w:style>
  <w:style w:type="table" w:customStyle="1" w:styleId="14">
    <w:name w:val="表格格線1"/>
    <w:basedOn w:val="a3"/>
    <w:next w:val="aff2"/>
    <w:rsid w:val="004364C4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3"/>
    <w:uiPriority w:val="99"/>
    <w:rsid w:val="004364C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10">
    <w:name w:val="純表格 31"/>
    <w:basedOn w:val="a3"/>
    <w:next w:val="PlainTable3"/>
    <w:uiPriority w:val="43"/>
    <w:rsid w:val="00871653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61066D-70C4-447E-8904-15C09967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115年度高雄市政府6樓以上老舊公寓大廈住宅用火災警報器專案補助計畫（修正版）</dc:title>
  <dc:subject>老舊公寓大廈住警器專案補助計畫</dc:subject>
  <dc:creator>高雄市政府消防局</dc:creator>
  <cp:keywords>住宅用火災警報器, 老舊公寓大廈, 消防安全設備, 專案補助</cp:keywords>
  <dc:description>generated by python-docx</dc:description>
  <cp:lastModifiedBy>user</cp:lastModifiedBy>
  <cp:revision>4</cp:revision>
  <cp:lastPrinted>2026-08-28T09:25:00Z</cp:lastPrinted>
  <dcterms:created xsi:type="dcterms:W3CDTF">2026-07-27T15:10:00Z</dcterms:created>
  <dcterms:modified xsi:type="dcterms:W3CDTF">2026-08-28T09:25:00Z</dcterms:modified>
</cp:coreProperties>
</file>