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95E7D" w14:textId="77777777" w:rsidR="00CF6ACD" w:rsidRDefault="00CF6ACD" w:rsidP="00CF6ACD">
      <w:pPr>
        <w:tabs>
          <w:tab w:val="left" w:pos="2160"/>
        </w:tabs>
        <w:spacing w:line="520" w:lineRule="exact"/>
        <w:jc w:val="right"/>
        <w:rPr>
          <w:lang w:eastAsia="zh-TW"/>
        </w:rPr>
      </w:pPr>
      <w:r>
        <w:rPr>
          <w:lang w:eastAsia="zh-TW"/>
        </w:rPr>
        <w:t>附件三</w:t>
      </w:r>
    </w:p>
    <w:p w14:paraId="742B771D" w14:textId="0D23246F" w:rsidR="00CF6ACD" w:rsidRPr="0082657A" w:rsidRDefault="00CF6ACD" w:rsidP="00CF6ACD">
      <w:pPr>
        <w:tabs>
          <w:tab w:val="left" w:pos="2160"/>
        </w:tabs>
        <w:spacing w:line="520" w:lineRule="exact"/>
        <w:jc w:val="center"/>
        <w:rPr>
          <w:sz w:val="32"/>
          <w:szCs w:val="32"/>
          <w:lang w:eastAsia="zh-TW"/>
        </w:rPr>
      </w:pPr>
      <w:r w:rsidRPr="0082657A">
        <w:rPr>
          <w:b/>
          <w:bCs/>
          <w:sz w:val="32"/>
          <w:szCs w:val="32"/>
          <w:lang w:eastAsia="zh-TW"/>
        </w:rPr>
        <w:t>住戶領取住宅用火災警報器清冊</w:t>
      </w:r>
    </w:p>
    <w:tbl>
      <w:tblPr>
        <w:tblStyle w:val="310"/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3017"/>
        <w:gridCol w:w="1856"/>
        <w:gridCol w:w="1255"/>
        <w:gridCol w:w="1973"/>
        <w:gridCol w:w="2811"/>
        <w:gridCol w:w="3373"/>
      </w:tblGrid>
      <w:tr w:rsidR="00CF6ACD" w:rsidRPr="00CF6ACD" w14:paraId="0AC41EF3" w14:textId="77777777" w:rsidTr="00775A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9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5" w:type="dxa"/>
            <w:tcBorders>
              <w:bottom w:val="none" w:sz="0" w:space="0" w:color="auto"/>
              <w:right w:val="none" w:sz="0" w:space="0" w:color="auto"/>
            </w:tcBorders>
          </w:tcPr>
          <w:p w14:paraId="7621C196" w14:textId="77777777" w:rsidR="00CF6ACD" w:rsidRPr="00CF6ACD" w:rsidRDefault="00CF6ACD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序號</w:t>
            </w:r>
          </w:p>
        </w:tc>
        <w:tc>
          <w:tcPr>
            <w:tcW w:w="3017" w:type="dxa"/>
            <w:tcBorders>
              <w:bottom w:val="none" w:sz="0" w:space="0" w:color="auto"/>
            </w:tcBorders>
          </w:tcPr>
          <w:p w14:paraId="080C8BA3" w14:textId="77777777" w:rsidR="00CF6ACD" w:rsidRPr="00CF6ACD" w:rsidRDefault="00CF6ACD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棟別／門牌／戶別</w:t>
            </w:r>
          </w:p>
        </w:tc>
        <w:tc>
          <w:tcPr>
            <w:tcW w:w="1856" w:type="dxa"/>
            <w:tcBorders>
              <w:bottom w:val="none" w:sz="0" w:space="0" w:color="auto"/>
            </w:tcBorders>
          </w:tcPr>
          <w:p w14:paraId="6455A53C" w14:textId="77777777" w:rsidR="00CF6ACD" w:rsidRPr="00CF6ACD" w:rsidRDefault="00CF6ACD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領取人姓名</w:t>
            </w:r>
          </w:p>
        </w:tc>
        <w:tc>
          <w:tcPr>
            <w:tcW w:w="1255" w:type="dxa"/>
            <w:tcBorders>
              <w:bottom w:val="none" w:sz="0" w:space="0" w:color="auto"/>
            </w:tcBorders>
          </w:tcPr>
          <w:p w14:paraId="44B0D167" w14:textId="77777777" w:rsidR="00CF6ACD" w:rsidRPr="00CF6ACD" w:rsidRDefault="00CF6ACD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領取顆數</w:t>
            </w:r>
          </w:p>
        </w:tc>
        <w:tc>
          <w:tcPr>
            <w:tcW w:w="1973" w:type="dxa"/>
            <w:tcBorders>
              <w:bottom w:val="none" w:sz="0" w:space="0" w:color="auto"/>
            </w:tcBorders>
          </w:tcPr>
          <w:p w14:paraId="4E5E37C1" w14:textId="77777777" w:rsidR="00CF6ACD" w:rsidRPr="00CF6ACD" w:rsidRDefault="00CF6ACD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領取日期</w:t>
            </w:r>
          </w:p>
        </w:tc>
        <w:tc>
          <w:tcPr>
            <w:tcW w:w="2811" w:type="dxa"/>
            <w:tcBorders>
              <w:bottom w:val="none" w:sz="0" w:space="0" w:color="auto"/>
            </w:tcBorders>
          </w:tcPr>
          <w:p w14:paraId="0F8DD111" w14:textId="77777777" w:rsidR="00CF6ACD" w:rsidRPr="00CF6ACD" w:rsidRDefault="00CF6ACD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領取人簽章</w:t>
            </w:r>
          </w:p>
        </w:tc>
        <w:tc>
          <w:tcPr>
            <w:tcW w:w="3373" w:type="dxa"/>
            <w:tcBorders>
              <w:bottom w:val="none" w:sz="0" w:space="0" w:color="auto"/>
            </w:tcBorders>
          </w:tcPr>
          <w:p w14:paraId="4E9A2682" w14:textId="77777777" w:rsidR="00CF6ACD" w:rsidRPr="00CF6ACD" w:rsidRDefault="00CF6ACD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裝設位置或未領、未裝原因</w:t>
            </w:r>
          </w:p>
        </w:tc>
      </w:tr>
      <w:tr w:rsidR="00CF6ACD" w:rsidRPr="00CF6ACD" w14:paraId="34F48AFA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20E3FBF6" w14:textId="0150F0DA" w:rsidR="00CF6ACD" w:rsidRPr="00CF6ACD" w:rsidRDefault="00CF6ACD" w:rsidP="00775A5C">
            <w:pPr>
              <w:spacing w:line="520" w:lineRule="exact"/>
              <w:jc w:val="center"/>
              <w:rPr>
                <w:color w:val="EE0000"/>
                <w:sz w:val="24"/>
                <w:szCs w:val="24"/>
              </w:rPr>
            </w:pPr>
            <w:r w:rsidRPr="00CF6ACD">
              <w:rPr>
                <w:rFonts w:hint="eastAsia"/>
                <w:color w:val="EE0000"/>
                <w:sz w:val="24"/>
                <w:szCs w:val="24"/>
              </w:rPr>
              <w:t>範例</w:t>
            </w:r>
          </w:p>
        </w:tc>
        <w:tc>
          <w:tcPr>
            <w:tcW w:w="3017" w:type="dxa"/>
          </w:tcPr>
          <w:p w14:paraId="6545E23C" w14:textId="74B59CE2" w:rsidR="00CF6ACD" w:rsidRPr="00CF6ACD" w:rsidRDefault="00CF6ACD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24"/>
                <w:szCs w:val="24"/>
              </w:rPr>
            </w:pPr>
            <w:r w:rsidRPr="00CF6ACD">
              <w:rPr>
                <w:rFonts w:hint="eastAsia"/>
                <w:b/>
                <w:bCs/>
                <w:color w:val="EE0000"/>
                <w:sz w:val="24"/>
                <w:szCs w:val="24"/>
              </w:rPr>
              <w:t>Ａ棟／００路００樓之１</w:t>
            </w:r>
          </w:p>
        </w:tc>
        <w:tc>
          <w:tcPr>
            <w:tcW w:w="1856" w:type="dxa"/>
          </w:tcPr>
          <w:p w14:paraId="4504F7C8" w14:textId="47A22197" w:rsidR="00CF6ACD" w:rsidRPr="00CF6ACD" w:rsidRDefault="00CF6ACD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  <w:r>
              <w:rPr>
                <w:rFonts w:hint="eastAsia"/>
                <w:color w:val="EE0000"/>
                <w:sz w:val="24"/>
                <w:szCs w:val="24"/>
              </w:rPr>
              <w:t>０００</w:t>
            </w:r>
          </w:p>
        </w:tc>
        <w:tc>
          <w:tcPr>
            <w:tcW w:w="1255" w:type="dxa"/>
          </w:tcPr>
          <w:p w14:paraId="6AA28148" w14:textId="51F65FF4" w:rsidR="00CF6ACD" w:rsidRPr="00CF6ACD" w:rsidRDefault="00CF6ACD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  <w:r>
              <w:rPr>
                <w:rFonts w:hint="eastAsia"/>
                <w:color w:val="EE0000"/>
                <w:sz w:val="24"/>
                <w:szCs w:val="24"/>
              </w:rPr>
              <w:t>１顆</w:t>
            </w:r>
          </w:p>
        </w:tc>
        <w:tc>
          <w:tcPr>
            <w:tcW w:w="1973" w:type="dxa"/>
          </w:tcPr>
          <w:p w14:paraId="774687E3" w14:textId="24B76B5C" w:rsidR="00CF6ACD" w:rsidRPr="00CF6ACD" w:rsidRDefault="00CF6ACD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  <w:r>
              <w:rPr>
                <w:rFonts w:hint="eastAsia"/>
                <w:color w:val="EE0000"/>
                <w:sz w:val="24"/>
                <w:szCs w:val="24"/>
              </w:rPr>
              <w:t>115.11.11</w:t>
            </w:r>
          </w:p>
        </w:tc>
        <w:tc>
          <w:tcPr>
            <w:tcW w:w="2811" w:type="dxa"/>
          </w:tcPr>
          <w:p w14:paraId="67D7FC69" w14:textId="0A05B7D5" w:rsidR="00CF6ACD" w:rsidRPr="00CF6ACD" w:rsidRDefault="001A59F0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  <w:r>
              <w:rPr>
                <w:rFonts w:hint="eastAsia"/>
                <w:color w:val="EE0000"/>
                <w:sz w:val="24"/>
                <w:szCs w:val="24"/>
              </w:rPr>
              <w:t>000</w:t>
            </w:r>
          </w:p>
        </w:tc>
        <w:tc>
          <w:tcPr>
            <w:tcW w:w="3373" w:type="dxa"/>
          </w:tcPr>
          <w:p w14:paraId="63FB262D" w14:textId="064E1080" w:rsidR="00CF6ACD" w:rsidRPr="00CF6ACD" w:rsidRDefault="001A59F0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  <w:r>
              <w:rPr>
                <w:rFonts w:hint="eastAsia"/>
                <w:color w:val="EE0000"/>
                <w:sz w:val="24"/>
                <w:szCs w:val="24"/>
              </w:rPr>
              <w:t>客廳</w:t>
            </w:r>
          </w:p>
        </w:tc>
      </w:tr>
      <w:tr w:rsidR="001A59F0" w:rsidRPr="00CF6ACD" w14:paraId="02D4475A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2484719D" w14:textId="48C2FA17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CF6ACD">
              <w:rPr>
                <w:rFonts w:hint="eastAsia"/>
                <w:color w:val="EE0000"/>
                <w:sz w:val="24"/>
                <w:szCs w:val="24"/>
              </w:rPr>
              <w:t>範例</w:t>
            </w:r>
          </w:p>
        </w:tc>
        <w:tc>
          <w:tcPr>
            <w:tcW w:w="3017" w:type="dxa"/>
          </w:tcPr>
          <w:p w14:paraId="080750E1" w14:textId="4679BA6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rFonts w:hint="eastAsia"/>
                <w:b/>
                <w:bCs/>
                <w:color w:val="EE0000"/>
                <w:sz w:val="24"/>
                <w:szCs w:val="24"/>
              </w:rPr>
              <w:t>Ａ棟／００路００樓之１</w:t>
            </w:r>
          </w:p>
        </w:tc>
        <w:tc>
          <w:tcPr>
            <w:tcW w:w="1856" w:type="dxa"/>
          </w:tcPr>
          <w:p w14:paraId="1BB68E19" w14:textId="74E903A5" w:rsidR="001A59F0" w:rsidRPr="00CF6ACD" w:rsidRDefault="001A59F0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45761E10" w14:textId="636A0259" w:rsidR="001A59F0" w:rsidRPr="00CF6ACD" w:rsidRDefault="001A59F0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5F6C2281" w14:textId="76C7A0A0" w:rsidR="001A59F0" w:rsidRPr="00CF6ACD" w:rsidRDefault="001A59F0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52748EC5" w14:textId="7B012A7B" w:rsidR="001A59F0" w:rsidRPr="00CF6ACD" w:rsidRDefault="001A59F0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5C960896" w14:textId="6E35E2E5" w:rsidR="001A59F0" w:rsidRPr="00CF6ACD" w:rsidRDefault="001A59F0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color w:val="EE0000"/>
                <w:sz w:val="24"/>
                <w:szCs w:val="24"/>
              </w:rPr>
              <w:t>空戶</w:t>
            </w:r>
          </w:p>
        </w:tc>
      </w:tr>
      <w:tr w:rsidR="001A59F0" w:rsidRPr="00CF6ACD" w14:paraId="5CF39E70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24C1E78B" w14:textId="74AEF0B4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14:paraId="3DDC7A8B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14:paraId="4E55F612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52CDE6A1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4015A360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19298181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6859ED5B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59F0" w:rsidRPr="00CF6ACD" w14:paraId="3A0A6F07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09121B7D" w14:textId="76551AD4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14:paraId="16B53400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14:paraId="40989035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37E1218A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52D06E45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21231D51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5B287481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59F0" w:rsidRPr="00CF6ACD" w14:paraId="5ABCD231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3D52242E" w14:textId="39F33785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14:paraId="1342BAE0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14:paraId="0207E5C4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04064123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7EFD8047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5E2F2D33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52E5F38A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59F0" w:rsidRPr="00CF6ACD" w14:paraId="7575AA9F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18D89292" w14:textId="42A5B093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14:paraId="477BACAD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14:paraId="6E9C472E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7C63A3D9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1591AAA7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104C9506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64FDBE2D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59F0" w:rsidRPr="00CF6ACD" w14:paraId="28DB3B6D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3E1F93A4" w14:textId="6973C746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14:paraId="5C6FDA69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14:paraId="4A1AD432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024B6B25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225A09EA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733B1493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3C912F95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59F0" w:rsidRPr="00CF6ACD" w14:paraId="7A83B642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7D838555" w14:textId="19B0BA66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14:paraId="399F0BAF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14:paraId="25901184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22FCBFBC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55544D69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1E2AA53D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6511E4CF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59F0" w:rsidRPr="00CF6ACD" w14:paraId="101FF354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51CF11C2" w14:textId="7642303C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14:paraId="0FE92229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14:paraId="7DD03AD5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386E0992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7071FA2E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5F97B63D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5A3721FE" w14:textId="77777777" w:rsidR="001A59F0" w:rsidRPr="00CF6ACD" w:rsidRDefault="001A59F0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59F0" w:rsidRPr="00CF6ACD" w14:paraId="407F029A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right w:val="none" w:sz="0" w:space="0" w:color="auto"/>
            </w:tcBorders>
          </w:tcPr>
          <w:p w14:paraId="3D16C3F9" w14:textId="77777777" w:rsidR="001A59F0" w:rsidRPr="00CF6ACD" w:rsidRDefault="001A59F0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</w:tcPr>
          <w:p w14:paraId="2D68F071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14:paraId="2DDCDAD8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0CC4685D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65E46DBB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1" w:type="dxa"/>
          </w:tcPr>
          <w:p w14:paraId="075296BF" w14:textId="77777777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066DE1E0" w14:textId="3CBC8842" w:rsidR="001A59F0" w:rsidRPr="00CF6ACD" w:rsidRDefault="001A59F0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6318557D" w14:textId="34A6B293" w:rsidR="00853056" w:rsidRPr="00853056" w:rsidRDefault="00853056" w:rsidP="00853056">
      <w:pPr>
        <w:tabs>
          <w:tab w:val="left" w:pos="2160"/>
        </w:tabs>
        <w:spacing w:line="520" w:lineRule="exact"/>
        <w:ind w:right="958"/>
        <w:rPr>
          <w:sz w:val="20"/>
          <w:szCs w:val="20"/>
          <w:lang w:eastAsia="zh-TW"/>
        </w:rPr>
      </w:pPr>
      <w:r w:rsidRPr="00853056">
        <w:rPr>
          <w:szCs w:val="28"/>
          <w:lang w:eastAsia="zh-TW"/>
        </w:rPr>
        <w:t>本頁合計領取：　　　　顆　　未領取／未裝設：　　　　（</w:t>
      </w:r>
      <w:r w:rsidRPr="00853056">
        <w:rPr>
          <w:sz w:val="20"/>
          <w:szCs w:val="20"/>
          <w:lang w:eastAsia="zh-TW"/>
        </w:rPr>
        <w:t>未領取或未裝設者，請於備註欄敘明原因。</w:t>
      </w:r>
      <w:r w:rsidRPr="00853056">
        <w:rPr>
          <w:sz w:val="20"/>
          <w:szCs w:val="20"/>
          <w:lang w:eastAsia="zh-TW"/>
        </w:rPr>
        <w:tab/>
        <w:t>清冊不足時請自行增頁）</w:t>
      </w:r>
    </w:p>
    <w:p w14:paraId="611B6A5C" w14:textId="77777777" w:rsidR="00853056" w:rsidRDefault="00853056" w:rsidP="00853056">
      <w:pPr>
        <w:spacing w:before="240" w:line="360" w:lineRule="auto"/>
        <w:rPr>
          <w:szCs w:val="28"/>
          <w:lang w:eastAsia="zh-TW"/>
        </w:rPr>
      </w:pPr>
      <w:r w:rsidRPr="00853056">
        <w:rPr>
          <w:szCs w:val="28"/>
          <w:lang w:eastAsia="zh-TW"/>
        </w:rPr>
        <w:t xml:space="preserve">管理委員會主任委員／管理負責人簽章：　　　　　　　　　　　填表日期：中華民國115年　</w:t>
      </w:r>
      <w:r>
        <w:rPr>
          <w:rFonts w:hint="eastAsia"/>
          <w:szCs w:val="28"/>
          <w:lang w:eastAsia="zh-TW"/>
        </w:rPr>
        <w:t xml:space="preserve">  </w:t>
      </w:r>
      <w:r w:rsidRPr="00853056">
        <w:rPr>
          <w:szCs w:val="28"/>
          <w:lang w:eastAsia="zh-TW"/>
        </w:rPr>
        <w:t>月</w:t>
      </w:r>
      <w:r>
        <w:rPr>
          <w:rFonts w:hint="eastAsia"/>
          <w:szCs w:val="28"/>
          <w:lang w:eastAsia="zh-TW"/>
        </w:rPr>
        <w:t xml:space="preserve">     日</w:t>
      </w:r>
    </w:p>
    <w:p w14:paraId="4F208EA7" w14:textId="77777777" w:rsidR="00775A5C" w:rsidRDefault="00775A5C" w:rsidP="009407D1">
      <w:pPr>
        <w:tabs>
          <w:tab w:val="left" w:pos="2160"/>
        </w:tabs>
        <w:spacing w:line="520" w:lineRule="exact"/>
        <w:jc w:val="right"/>
        <w:rPr>
          <w:lang w:eastAsia="zh-TW"/>
        </w:rPr>
      </w:pPr>
      <w:r>
        <w:rPr>
          <w:lang w:eastAsia="zh-TW"/>
        </w:rPr>
        <w:lastRenderedPageBreak/>
        <w:t>附件三</w:t>
      </w:r>
    </w:p>
    <w:p w14:paraId="2F0D693F" w14:textId="77777777" w:rsidR="00775A5C" w:rsidRPr="0082657A" w:rsidRDefault="00775A5C" w:rsidP="00775A5C">
      <w:pPr>
        <w:tabs>
          <w:tab w:val="left" w:pos="2160"/>
        </w:tabs>
        <w:spacing w:line="520" w:lineRule="exact"/>
        <w:jc w:val="center"/>
        <w:rPr>
          <w:sz w:val="32"/>
          <w:szCs w:val="32"/>
          <w:lang w:eastAsia="zh-TW"/>
        </w:rPr>
      </w:pPr>
      <w:bookmarkStart w:id="0" w:name="_GoBack"/>
      <w:bookmarkEnd w:id="0"/>
      <w:r w:rsidRPr="0082657A">
        <w:rPr>
          <w:b/>
          <w:bCs/>
          <w:sz w:val="32"/>
          <w:szCs w:val="32"/>
          <w:lang w:eastAsia="zh-TW"/>
        </w:rPr>
        <w:t>住戶領取住宅用火災警報器清冊</w:t>
      </w:r>
    </w:p>
    <w:tbl>
      <w:tblPr>
        <w:tblStyle w:val="310"/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3018"/>
        <w:gridCol w:w="1857"/>
        <w:gridCol w:w="1252"/>
        <w:gridCol w:w="1971"/>
        <w:gridCol w:w="2812"/>
        <w:gridCol w:w="3374"/>
      </w:tblGrid>
      <w:tr w:rsidR="00775A5C" w:rsidRPr="00CF6ACD" w14:paraId="713E3B88" w14:textId="77777777" w:rsidTr="00775A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9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6" w:type="dxa"/>
            <w:tcBorders>
              <w:bottom w:val="none" w:sz="0" w:space="0" w:color="auto"/>
              <w:right w:val="none" w:sz="0" w:space="0" w:color="auto"/>
            </w:tcBorders>
          </w:tcPr>
          <w:p w14:paraId="17CEFB95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序號</w:t>
            </w:r>
          </w:p>
        </w:tc>
        <w:tc>
          <w:tcPr>
            <w:tcW w:w="3018" w:type="dxa"/>
            <w:tcBorders>
              <w:bottom w:val="none" w:sz="0" w:space="0" w:color="auto"/>
            </w:tcBorders>
          </w:tcPr>
          <w:p w14:paraId="7A963507" w14:textId="77777777" w:rsidR="00775A5C" w:rsidRPr="00CF6ACD" w:rsidRDefault="00775A5C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棟別／門牌／戶別</w:t>
            </w:r>
          </w:p>
        </w:tc>
        <w:tc>
          <w:tcPr>
            <w:tcW w:w="1857" w:type="dxa"/>
            <w:tcBorders>
              <w:bottom w:val="none" w:sz="0" w:space="0" w:color="auto"/>
            </w:tcBorders>
          </w:tcPr>
          <w:p w14:paraId="6F7D5832" w14:textId="77777777" w:rsidR="00775A5C" w:rsidRPr="00CF6ACD" w:rsidRDefault="00775A5C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領取人姓名</w:t>
            </w:r>
          </w:p>
        </w:tc>
        <w:tc>
          <w:tcPr>
            <w:tcW w:w="1252" w:type="dxa"/>
            <w:tcBorders>
              <w:bottom w:val="none" w:sz="0" w:space="0" w:color="auto"/>
            </w:tcBorders>
          </w:tcPr>
          <w:p w14:paraId="36AD6822" w14:textId="77777777" w:rsidR="00775A5C" w:rsidRPr="00CF6ACD" w:rsidRDefault="00775A5C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領取顆數</w:t>
            </w:r>
          </w:p>
        </w:tc>
        <w:tc>
          <w:tcPr>
            <w:tcW w:w="1971" w:type="dxa"/>
            <w:tcBorders>
              <w:bottom w:val="none" w:sz="0" w:space="0" w:color="auto"/>
            </w:tcBorders>
          </w:tcPr>
          <w:p w14:paraId="35809E78" w14:textId="77777777" w:rsidR="00775A5C" w:rsidRPr="00CF6ACD" w:rsidRDefault="00775A5C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領取日期</w:t>
            </w:r>
          </w:p>
        </w:tc>
        <w:tc>
          <w:tcPr>
            <w:tcW w:w="2812" w:type="dxa"/>
            <w:tcBorders>
              <w:bottom w:val="none" w:sz="0" w:space="0" w:color="auto"/>
            </w:tcBorders>
          </w:tcPr>
          <w:p w14:paraId="224C2B53" w14:textId="77777777" w:rsidR="00775A5C" w:rsidRPr="00CF6ACD" w:rsidRDefault="00775A5C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領取人簽章</w:t>
            </w:r>
          </w:p>
        </w:tc>
        <w:tc>
          <w:tcPr>
            <w:tcW w:w="3374" w:type="dxa"/>
            <w:tcBorders>
              <w:bottom w:val="none" w:sz="0" w:space="0" w:color="auto"/>
            </w:tcBorders>
          </w:tcPr>
          <w:p w14:paraId="5F26DECD" w14:textId="77777777" w:rsidR="00775A5C" w:rsidRPr="00CF6ACD" w:rsidRDefault="00775A5C" w:rsidP="00775A5C">
            <w:pPr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6ACD">
              <w:rPr>
                <w:sz w:val="24"/>
                <w:szCs w:val="24"/>
              </w:rPr>
              <w:t>裝設位置或未領、未裝原因</w:t>
            </w:r>
          </w:p>
        </w:tc>
      </w:tr>
      <w:tr w:rsidR="00775A5C" w:rsidRPr="00CF6ACD" w14:paraId="44954B1B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7B7EC12C" w14:textId="44F6585C" w:rsidR="00775A5C" w:rsidRPr="00CF6ACD" w:rsidRDefault="00775A5C" w:rsidP="00775A5C">
            <w:pPr>
              <w:spacing w:line="520" w:lineRule="exact"/>
              <w:jc w:val="center"/>
              <w:rPr>
                <w:color w:val="EE0000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8C59D0F" w14:textId="65BAA91B" w:rsidR="00775A5C" w:rsidRPr="00CF6ACD" w:rsidRDefault="00775A5C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1857" w:type="dxa"/>
          </w:tcPr>
          <w:p w14:paraId="60272DD3" w14:textId="52CEE1D6" w:rsidR="00775A5C" w:rsidRPr="00CF6ACD" w:rsidRDefault="00775A5C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</w:p>
        </w:tc>
        <w:tc>
          <w:tcPr>
            <w:tcW w:w="1252" w:type="dxa"/>
          </w:tcPr>
          <w:p w14:paraId="5A15EEA3" w14:textId="00B8F656" w:rsidR="00775A5C" w:rsidRPr="00CF6ACD" w:rsidRDefault="00775A5C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</w:p>
        </w:tc>
        <w:tc>
          <w:tcPr>
            <w:tcW w:w="1971" w:type="dxa"/>
          </w:tcPr>
          <w:p w14:paraId="1670CE24" w14:textId="7F768428" w:rsidR="00775A5C" w:rsidRPr="00CF6ACD" w:rsidRDefault="00775A5C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</w:p>
        </w:tc>
        <w:tc>
          <w:tcPr>
            <w:tcW w:w="2812" w:type="dxa"/>
          </w:tcPr>
          <w:p w14:paraId="00A0F647" w14:textId="29F38D0A" w:rsidR="00775A5C" w:rsidRPr="00CF6ACD" w:rsidRDefault="00775A5C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</w:p>
        </w:tc>
        <w:tc>
          <w:tcPr>
            <w:tcW w:w="3374" w:type="dxa"/>
          </w:tcPr>
          <w:p w14:paraId="3A14A1F0" w14:textId="30E05A43" w:rsidR="00775A5C" w:rsidRPr="00CF6ACD" w:rsidRDefault="00775A5C" w:rsidP="00775A5C">
            <w:pPr>
              <w:spacing w:line="5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</w:p>
        </w:tc>
      </w:tr>
      <w:tr w:rsidR="00775A5C" w:rsidRPr="00CF6ACD" w14:paraId="36AEC4AF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2E6F24B9" w14:textId="43ADB5F3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78E0A5D8" w14:textId="14816934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5D474B19" w14:textId="77777777" w:rsidR="00775A5C" w:rsidRPr="00CF6ACD" w:rsidRDefault="00775A5C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1318F333" w14:textId="77777777" w:rsidR="00775A5C" w:rsidRPr="00CF6ACD" w:rsidRDefault="00775A5C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3F369B55" w14:textId="77777777" w:rsidR="00775A5C" w:rsidRPr="00CF6ACD" w:rsidRDefault="00775A5C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2CF1E160" w14:textId="77777777" w:rsidR="00775A5C" w:rsidRPr="00CF6ACD" w:rsidRDefault="00775A5C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65FDD04" w14:textId="39A89C50" w:rsidR="00775A5C" w:rsidRPr="00CF6ACD" w:rsidRDefault="00775A5C" w:rsidP="00775A5C">
            <w:pPr>
              <w:spacing w:line="5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A5C" w:rsidRPr="00CF6ACD" w14:paraId="74861806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69BC4C6E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77CD1683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11E597C7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2FFC6E42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021E9FF7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6BEB6CDE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41BC6BF3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A5C" w:rsidRPr="00CF6ACD" w14:paraId="1BEAD086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57549AB6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63C00DC2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59DCBCEB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04485D5D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67327207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154D6E0E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683DE0F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A5C" w:rsidRPr="00CF6ACD" w14:paraId="6846D755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1A4E6DD0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4DD782D4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5FC2D6AE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50B2BEFB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745580FE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0F427A00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044F10DE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A5C" w:rsidRPr="00CF6ACD" w14:paraId="765770D5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00BFCB0C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58DD45CD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3BCBBD63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122D6432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726994D9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57803BFF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6D8A8684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A5C" w:rsidRPr="00CF6ACD" w14:paraId="4BF6D83D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13909763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2D0C7C1F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53026BDB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1EF08C0C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0D3979E3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71059E8D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7FA0840D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A5C" w:rsidRPr="00CF6ACD" w14:paraId="14C51DEB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57D27D31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4119A342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0F98E861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78179D10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3CF1681F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14344A1A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350B7CF2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A5C" w:rsidRPr="00CF6ACD" w14:paraId="367A831E" w14:textId="77777777" w:rsidTr="0077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69197737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10FF77B0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339F5455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02731FF8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159E0D77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6B7753B0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BD28664" w14:textId="77777777" w:rsidR="00775A5C" w:rsidRPr="00CF6ACD" w:rsidRDefault="00775A5C" w:rsidP="00775A5C">
            <w:pPr>
              <w:spacing w:line="5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A5C" w:rsidRPr="00CF6ACD" w14:paraId="70BC4908" w14:textId="77777777" w:rsidTr="00775A5C">
        <w:trPr>
          <w:cantSplit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right w:val="none" w:sz="0" w:space="0" w:color="auto"/>
            </w:tcBorders>
          </w:tcPr>
          <w:p w14:paraId="1504F91B" w14:textId="77777777" w:rsidR="00775A5C" w:rsidRPr="00CF6ACD" w:rsidRDefault="00775A5C" w:rsidP="00775A5C">
            <w:pPr>
              <w:spacing w:line="5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18" w:type="dxa"/>
          </w:tcPr>
          <w:p w14:paraId="7AD5472A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14:paraId="63180599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2B9BBBCA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107FFBDE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18EE3211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0503756B" w14:textId="77777777" w:rsidR="00775A5C" w:rsidRPr="00CF6ACD" w:rsidRDefault="00775A5C" w:rsidP="00775A5C">
            <w:pPr>
              <w:spacing w:line="5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24ABCD5" w14:textId="77777777" w:rsidR="00775A5C" w:rsidRPr="00853056" w:rsidRDefault="00775A5C" w:rsidP="00775A5C">
      <w:pPr>
        <w:tabs>
          <w:tab w:val="left" w:pos="2160"/>
        </w:tabs>
        <w:spacing w:line="520" w:lineRule="exact"/>
        <w:ind w:right="958"/>
        <w:rPr>
          <w:sz w:val="20"/>
          <w:szCs w:val="20"/>
          <w:lang w:eastAsia="zh-TW"/>
        </w:rPr>
      </w:pPr>
      <w:r w:rsidRPr="00853056">
        <w:rPr>
          <w:szCs w:val="28"/>
          <w:lang w:eastAsia="zh-TW"/>
        </w:rPr>
        <w:t>本頁合計領取：　　　　顆　　未領取／未裝設：　　　　（</w:t>
      </w:r>
      <w:r w:rsidRPr="00853056">
        <w:rPr>
          <w:sz w:val="20"/>
          <w:szCs w:val="20"/>
          <w:lang w:eastAsia="zh-TW"/>
        </w:rPr>
        <w:t>未領取或未裝設者，請於備註欄敘明原因。</w:t>
      </w:r>
      <w:r w:rsidRPr="00853056">
        <w:rPr>
          <w:sz w:val="20"/>
          <w:szCs w:val="20"/>
          <w:lang w:eastAsia="zh-TW"/>
        </w:rPr>
        <w:tab/>
        <w:t>清冊不足時請自行增頁）</w:t>
      </w:r>
    </w:p>
    <w:p w14:paraId="4F4D400C" w14:textId="377E2B2F" w:rsidR="0090091B" w:rsidRPr="00EA40D6" w:rsidRDefault="00775A5C" w:rsidP="00EA40D6">
      <w:pPr>
        <w:spacing w:before="240" w:line="360" w:lineRule="auto"/>
        <w:rPr>
          <w:sz w:val="24"/>
          <w:szCs w:val="24"/>
          <w:lang w:eastAsia="zh-TW"/>
        </w:rPr>
      </w:pPr>
      <w:r w:rsidRPr="00853056">
        <w:rPr>
          <w:szCs w:val="28"/>
          <w:lang w:eastAsia="zh-TW"/>
        </w:rPr>
        <w:t xml:space="preserve">管理委員會主任委員／管理負責人簽章：　　　　　　　　　填表日期：中華民國115年　</w:t>
      </w:r>
      <w:r>
        <w:rPr>
          <w:rFonts w:hint="eastAsia"/>
          <w:szCs w:val="28"/>
          <w:lang w:eastAsia="zh-TW"/>
        </w:rPr>
        <w:t xml:space="preserve">  </w:t>
      </w:r>
      <w:r w:rsidRPr="00853056">
        <w:rPr>
          <w:szCs w:val="28"/>
          <w:lang w:eastAsia="zh-TW"/>
        </w:rPr>
        <w:t>月</w:t>
      </w:r>
      <w:r>
        <w:rPr>
          <w:rFonts w:hint="eastAsia"/>
          <w:szCs w:val="28"/>
          <w:lang w:eastAsia="zh-TW"/>
        </w:rPr>
        <w:t xml:space="preserve">     </w:t>
      </w:r>
      <w:r w:rsidR="00EA40D6">
        <w:rPr>
          <w:rFonts w:hint="eastAsia"/>
          <w:szCs w:val="28"/>
          <w:lang w:eastAsia="zh-TW"/>
        </w:rPr>
        <w:t>日</w:t>
      </w:r>
    </w:p>
    <w:sectPr w:rsidR="0090091B" w:rsidRPr="00EA40D6" w:rsidSect="00EA40D6">
      <w:footerReference w:type="default" r:id="rId9"/>
      <w:type w:val="continuous"/>
      <w:pgSz w:w="16838" w:h="11906" w:orient="landscape"/>
      <w:pgMar w:top="794" w:right="794" w:bottom="794" w:left="79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F7BBD" w14:textId="77777777" w:rsidR="00B10F2D" w:rsidRDefault="00B10F2D">
      <w:pPr>
        <w:spacing w:line="240" w:lineRule="auto"/>
      </w:pPr>
      <w:r>
        <w:separator/>
      </w:r>
    </w:p>
  </w:endnote>
  <w:endnote w:type="continuationSeparator" w:id="0">
    <w:p w14:paraId="2C401C38" w14:textId="77777777" w:rsidR="00B10F2D" w:rsidRDefault="00B10F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7930089"/>
      <w:docPartObj>
        <w:docPartGallery w:val="Page Numbers (Bottom of Page)"/>
        <w:docPartUnique/>
      </w:docPartObj>
    </w:sdtPr>
    <w:sdtEndPr/>
    <w:sdtContent>
      <w:p w14:paraId="01D3C6EA" w14:textId="77777777" w:rsidR="00775A5C" w:rsidRDefault="00775A5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42A" w:rsidRPr="00DA442A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3482A572" w14:textId="77777777" w:rsidR="00775A5C" w:rsidRDefault="00775A5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7093A" w14:textId="77777777" w:rsidR="00B10F2D" w:rsidRDefault="00B10F2D">
      <w:pPr>
        <w:spacing w:line="240" w:lineRule="auto"/>
      </w:pPr>
      <w:r>
        <w:separator/>
      </w:r>
    </w:p>
  </w:footnote>
  <w:footnote w:type="continuationSeparator" w:id="0">
    <w:p w14:paraId="543F0104" w14:textId="77777777" w:rsidR="00B10F2D" w:rsidRDefault="00B10F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CC501AC"/>
    <w:multiLevelType w:val="hybridMultilevel"/>
    <w:tmpl w:val="C4EC05DE"/>
    <w:lvl w:ilvl="0" w:tplc="053AF04C">
      <w:start w:val="1"/>
      <w:numFmt w:val="decimal"/>
      <w:suff w:val="space"/>
      <w:lvlText w:val="%1."/>
      <w:lvlJc w:val="left"/>
      <w:pPr>
        <w:ind w:left="246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0">
    <w:nsid w:val="0D482DF0"/>
    <w:multiLevelType w:val="hybridMultilevel"/>
    <w:tmpl w:val="2E141D26"/>
    <w:lvl w:ilvl="0" w:tplc="AC245C68">
      <w:start w:val="1"/>
      <w:numFmt w:val="taiwaneseCountingThousand"/>
      <w:lvlText w:val="%1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>
    <w:nsid w:val="0F067F98"/>
    <w:multiLevelType w:val="hybridMultilevel"/>
    <w:tmpl w:val="BF0826D2"/>
    <w:lvl w:ilvl="0" w:tplc="95A4498A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2">
    <w:nsid w:val="152C6C47"/>
    <w:multiLevelType w:val="hybridMultilevel"/>
    <w:tmpl w:val="37FE9552"/>
    <w:lvl w:ilvl="0" w:tplc="AC245C68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3">
    <w:nsid w:val="17FD6FAD"/>
    <w:multiLevelType w:val="hybridMultilevel"/>
    <w:tmpl w:val="A9CEF7BE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F9B2894"/>
    <w:multiLevelType w:val="hybridMultilevel"/>
    <w:tmpl w:val="9E28013C"/>
    <w:lvl w:ilvl="0" w:tplc="48B24C26">
      <w:start w:val="1"/>
      <w:numFmt w:val="taiwaneseCountingThousand"/>
      <w:lvlText w:val="%1、"/>
      <w:lvlJc w:val="left"/>
      <w:pPr>
        <w:ind w:left="10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9" w:hanging="480"/>
      </w:pPr>
    </w:lvl>
    <w:lvl w:ilvl="2" w:tplc="0409001B" w:tentative="1">
      <w:start w:val="1"/>
      <w:numFmt w:val="lowerRoman"/>
      <w:lvlText w:val="%3."/>
      <w:lvlJc w:val="right"/>
      <w:pPr>
        <w:ind w:left="1779" w:hanging="480"/>
      </w:pPr>
    </w:lvl>
    <w:lvl w:ilvl="3" w:tplc="0409000F" w:tentative="1">
      <w:start w:val="1"/>
      <w:numFmt w:val="decimal"/>
      <w:lvlText w:val="%4."/>
      <w:lvlJc w:val="left"/>
      <w:pPr>
        <w:ind w:left="2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9" w:hanging="480"/>
      </w:pPr>
    </w:lvl>
    <w:lvl w:ilvl="5" w:tplc="0409001B" w:tentative="1">
      <w:start w:val="1"/>
      <w:numFmt w:val="lowerRoman"/>
      <w:lvlText w:val="%6."/>
      <w:lvlJc w:val="right"/>
      <w:pPr>
        <w:ind w:left="3219" w:hanging="480"/>
      </w:pPr>
    </w:lvl>
    <w:lvl w:ilvl="6" w:tplc="0409000F" w:tentative="1">
      <w:start w:val="1"/>
      <w:numFmt w:val="decimal"/>
      <w:lvlText w:val="%7."/>
      <w:lvlJc w:val="left"/>
      <w:pPr>
        <w:ind w:left="3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9" w:hanging="480"/>
      </w:pPr>
    </w:lvl>
    <w:lvl w:ilvl="8" w:tplc="0409001B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15">
    <w:nsid w:val="213522A6"/>
    <w:multiLevelType w:val="hybridMultilevel"/>
    <w:tmpl w:val="319A4FEE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2DA375D"/>
    <w:multiLevelType w:val="hybridMultilevel"/>
    <w:tmpl w:val="454A7ADC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>
    <w:nsid w:val="24657BE8"/>
    <w:multiLevelType w:val="hybridMultilevel"/>
    <w:tmpl w:val="7FA4261E"/>
    <w:lvl w:ilvl="0" w:tplc="DD56EF3C">
      <w:start w:val="1"/>
      <w:numFmt w:val="taiwaneseCountingThousand"/>
      <w:suff w:val="space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>
    <w:nsid w:val="2ACF02F8"/>
    <w:multiLevelType w:val="hybridMultilevel"/>
    <w:tmpl w:val="BE7E91BA"/>
    <w:lvl w:ilvl="0" w:tplc="C0426002">
      <w:start w:val="1"/>
      <w:numFmt w:val="decimal"/>
      <w:suff w:val="space"/>
      <w:lvlText w:val="%1."/>
      <w:lvlJc w:val="left"/>
      <w:pPr>
        <w:ind w:left="14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19">
    <w:nsid w:val="2AD913EC"/>
    <w:multiLevelType w:val="hybridMultilevel"/>
    <w:tmpl w:val="28A22858"/>
    <w:lvl w:ilvl="0" w:tplc="C0227962">
      <w:start w:val="4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C2D0022"/>
    <w:multiLevelType w:val="hybridMultilevel"/>
    <w:tmpl w:val="34EEDAD6"/>
    <w:lvl w:ilvl="0" w:tplc="BB9E4CA0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1">
    <w:nsid w:val="2C865D65"/>
    <w:multiLevelType w:val="hybridMultilevel"/>
    <w:tmpl w:val="784EA720"/>
    <w:lvl w:ilvl="0" w:tplc="AC245C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4346F45"/>
    <w:multiLevelType w:val="hybridMultilevel"/>
    <w:tmpl w:val="F4982658"/>
    <w:lvl w:ilvl="0" w:tplc="AC245C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513476C"/>
    <w:multiLevelType w:val="hybridMultilevel"/>
    <w:tmpl w:val="E2A6AB56"/>
    <w:lvl w:ilvl="0" w:tplc="87F2D218">
      <w:start w:val="5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5FB0D80"/>
    <w:multiLevelType w:val="hybridMultilevel"/>
    <w:tmpl w:val="2468EED4"/>
    <w:lvl w:ilvl="0" w:tplc="43CC40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5">
    <w:nsid w:val="3C4B4E7A"/>
    <w:multiLevelType w:val="hybridMultilevel"/>
    <w:tmpl w:val="9EBAAC10"/>
    <w:lvl w:ilvl="0" w:tplc="050C0684">
      <w:start w:val="3"/>
      <w:numFmt w:val="ideographLegalTraditional"/>
      <w:suff w:val="space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D0D6083"/>
    <w:multiLevelType w:val="hybridMultilevel"/>
    <w:tmpl w:val="113C75EA"/>
    <w:lvl w:ilvl="0" w:tplc="A1EEA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4704E9B"/>
    <w:multiLevelType w:val="hybridMultilevel"/>
    <w:tmpl w:val="8C9CD80E"/>
    <w:lvl w:ilvl="0" w:tplc="AC245C68">
      <w:start w:val="1"/>
      <w:numFmt w:val="taiwaneseCountingThousand"/>
      <w:lvlText w:val="%1、"/>
      <w:lvlJc w:val="left"/>
      <w:pPr>
        <w:ind w:left="12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8">
    <w:nsid w:val="455B66F4"/>
    <w:multiLevelType w:val="hybridMultilevel"/>
    <w:tmpl w:val="2438F836"/>
    <w:lvl w:ilvl="0" w:tplc="6E6C950A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>
    <w:nsid w:val="46991EE3"/>
    <w:multiLevelType w:val="hybridMultilevel"/>
    <w:tmpl w:val="32B24710"/>
    <w:lvl w:ilvl="0" w:tplc="D85A8B90">
      <w:start w:val="1"/>
      <w:numFmt w:val="taiwaneseCountingThousand"/>
      <w:suff w:val="space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0">
    <w:nsid w:val="47140A4D"/>
    <w:multiLevelType w:val="hybridMultilevel"/>
    <w:tmpl w:val="0FE2B740"/>
    <w:lvl w:ilvl="0" w:tplc="82404F66">
      <w:start w:val="1"/>
      <w:numFmt w:val="ideographLegalTraditional"/>
      <w:suff w:val="space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1">
    <w:nsid w:val="4EEB5E03"/>
    <w:multiLevelType w:val="hybridMultilevel"/>
    <w:tmpl w:val="A95EE8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4ED46FF"/>
    <w:multiLevelType w:val="hybridMultilevel"/>
    <w:tmpl w:val="DB222774"/>
    <w:lvl w:ilvl="0" w:tplc="053AF04C">
      <w:start w:val="1"/>
      <w:numFmt w:val="decimal"/>
      <w:suff w:val="space"/>
      <w:lvlText w:val="%1."/>
      <w:lvlJc w:val="left"/>
      <w:pPr>
        <w:ind w:left="141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189" w:hanging="480"/>
      </w:pPr>
    </w:lvl>
    <w:lvl w:ilvl="2" w:tplc="0409001B" w:tentative="1">
      <w:start w:val="1"/>
      <w:numFmt w:val="lowerRoman"/>
      <w:lvlText w:val="%3."/>
      <w:lvlJc w:val="right"/>
      <w:pPr>
        <w:ind w:left="1669" w:hanging="480"/>
      </w:pPr>
    </w:lvl>
    <w:lvl w:ilvl="3" w:tplc="0409000F" w:tentative="1">
      <w:start w:val="1"/>
      <w:numFmt w:val="decimal"/>
      <w:lvlText w:val="%4."/>
      <w:lvlJc w:val="left"/>
      <w:pPr>
        <w:ind w:left="2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9" w:hanging="480"/>
      </w:pPr>
    </w:lvl>
    <w:lvl w:ilvl="5" w:tplc="0409001B" w:tentative="1">
      <w:start w:val="1"/>
      <w:numFmt w:val="lowerRoman"/>
      <w:lvlText w:val="%6."/>
      <w:lvlJc w:val="right"/>
      <w:pPr>
        <w:ind w:left="3109" w:hanging="480"/>
      </w:pPr>
    </w:lvl>
    <w:lvl w:ilvl="6" w:tplc="0409000F" w:tentative="1">
      <w:start w:val="1"/>
      <w:numFmt w:val="decimal"/>
      <w:lvlText w:val="%7."/>
      <w:lvlJc w:val="left"/>
      <w:pPr>
        <w:ind w:left="3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9" w:hanging="480"/>
      </w:pPr>
    </w:lvl>
    <w:lvl w:ilvl="8" w:tplc="0409001B" w:tentative="1">
      <w:start w:val="1"/>
      <w:numFmt w:val="lowerRoman"/>
      <w:lvlText w:val="%9."/>
      <w:lvlJc w:val="right"/>
      <w:pPr>
        <w:ind w:left="4549" w:hanging="480"/>
      </w:pPr>
    </w:lvl>
  </w:abstractNum>
  <w:abstractNum w:abstractNumId="33">
    <w:nsid w:val="56C74969"/>
    <w:multiLevelType w:val="hybridMultilevel"/>
    <w:tmpl w:val="63E27178"/>
    <w:lvl w:ilvl="0" w:tplc="BFE415D8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4">
    <w:nsid w:val="594F7DF3"/>
    <w:multiLevelType w:val="hybridMultilevel"/>
    <w:tmpl w:val="A17A407E"/>
    <w:lvl w:ilvl="0" w:tplc="DCB47C4A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>
    <w:nsid w:val="5B79089F"/>
    <w:multiLevelType w:val="hybridMultilevel"/>
    <w:tmpl w:val="CF5EF8CA"/>
    <w:lvl w:ilvl="0" w:tplc="95A4498A">
      <w:start w:val="1"/>
      <w:numFmt w:val="taiwaneseCountingThousand"/>
      <w:suff w:val="space"/>
      <w:lvlText w:val="%1、"/>
      <w:lvlJc w:val="left"/>
      <w:pPr>
        <w:ind w:left="18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6">
    <w:nsid w:val="61EF5E4A"/>
    <w:multiLevelType w:val="hybridMultilevel"/>
    <w:tmpl w:val="2DA8E444"/>
    <w:lvl w:ilvl="0" w:tplc="053AF04C">
      <w:start w:val="1"/>
      <w:numFmt w:val="decimal"/>
      <w:lvlText w:val="%1.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7">
    <w:nsid w:val="631E3BB2"/>
    <w:multiLevelType w:val="hybridMultilevel"/>
    <w:tmpl w:val="9FA892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6854FB0"/>
    <w:multiLevelType w:val="hybridMultilevel"/>
    <w:tmpl w:val="319A4FEE"/>
    <w:lvl w:ilvl="0" w:tplc="06A89600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3264BC8"/>
    <w:multiLevelType w:val="hybridMultilevel"/>
    <w:tmpl w:val="55840438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45D6271"/>
    <w:multiLevelType w:val="hybridMultilevel"/>
    <w:tmpl w:val="B4B29730"/>
    <w:lvl w:ilvl="0" w:tplc="AC245C68">
      <w:start w:val="1"/>
      <w:numFmt w:val="taiwaneseCountingThousand"/>
      <w:lvlText w:val="%1、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1">
    <w:nsid w:val="771832B6"/>
    <w:multiLevelType w:val="hybridMultilevel"/>
    <w:tmpl w:val="E45E7A12"/>
    <w:lvl w:ilvl="0" w:tplc="A544CEB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>
    <w:nsid w:val="791C7623"/>
    <w:multiLevelType w:val="hybridMultilevel"/>
    <w:tmpl w:val="F36E8C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9655DD4"/>
    <w:multiLevelType w:val="hybridMultilevel"/>
    <w:tmpl w:val="A1166110"/>
    <w:lvl w:ilvl="0" w:tplc="7046C4B6">
      <w:start w:val="10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D155B83"/>
    <w:multiLevelType w:val="hybridMultilevel"/>
    <w:tmpl w:val="9B6041A2"/>
    <w:lvl w:ilvl="0" w:tplc="D6481F28">
      <w:start w:val="1"/>
      <w:numFmt w:val="decimal"/>
      <w:suff w:val="space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5">
    <w:nsid w:val="7E9271E3"/>
    <w:multiLevelType w:val="hybridMultilevel"/>
    <w:tmpl w:val="0E9843BA"/>
    <w:lvl w:ilvl="0" w:tplc="821AA5F2">
      <w:start w:val="1"/>
      <w:numFmt w:val="taiwaneseCountingThousand"/>
      <w:suff w:val="space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FA831A7"/>
    <w:multiLevelType w:val="hybridMultilevel"/>
    <w:tmpl w:val="87C2AD68"/>
    <w:lvl w:ilvl="0" w:tplc="71F4F82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FA9500E"/>
    <w:multiLevelType w:val="hybridMultilevel"/>
    <w:tmpl w:val="35464624"/>
    <w:lvl w:ilvl="0" w:tplc="1EF86C98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sz w:val="2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9"/>
  </w:num>
  <w:num w:numId="11">
    <w:abstractNumId w:val="47"/>
  </w:num>
  <w:num w:numId="12">
    <w:abstractNumId w:val="30"/>
  </w:num>
  <w:num w:numId="13">
    <w:abstractNumId w:val="22"/>
  </w:num>
  <w:num w:numId="14">
    <w:abstractNumId w:val="45"/>
  </w:num>
  <w:num w:numId="15">
    <w:abstractNumId w:val="38"/>
  </w:num>
  <w:num w:numId="16">
    <w:abstractNumId w:val="27"/>
  </w:num>
  <w:num w:numId="17">
    <w:abstractNumId w:val="12"/>
  </w:num>
  <w:num w:numId="18">
    <w:abstractNumId w:val="39"/>
  </w:num>
  <w:num w:numId="19">
    <w:abstractNumId w:val="25"/>
  </w:num>
  <w:num w:numId="20">
    <w:abstractNumId w:val="14"/>
  </w:num>
  <w:num w:numId="21">
    <w:abstractNumId w:val="13"/>
  </w:num>
  <w:num w:numId="22">
    <w:abstractNumId w:val="19"/>
  </w:num>
  <w:num w:numId="23">
    <w:abstractNumId w:val="33"/>
  </w:num>
  <w:num w:numId="24">
    <w:abstractNumId w:val="41"/>
  </w:num>
  <w:num w:numId="25">
    <w:abstractNumId w:val="10"/>
  </w:num>
  <w:num w:numId="26">
    <w:abstractNumId w:val="40"/>
  </w:num>
  <w:num w:numId="27">
    <w:abstractNumId w:val="17"/>
  </w:num>
  <w:num w:numId="28">
    <w:abstractNumId w:val="37"/>
  </w:num>
  <w:num w:numId="29">
    <w:abstractNumId w:val="42"/>
  </w:num>
  <w:num w:numId="30">
    <w:abstractNumId w:val="24"/>
  </w:num>
  <w:num w:numId="31">
    <w:abstractNumId w:val="23"/>
  </w:num>
  <w:num w:numId="32">
    <w:abstractNumId w:val="11"/>
  </w:num>
  <w:num w:numId="33">
    <w:abstractNumId w:val="35"/>
  </w:num>
  <w:num w:numId="34">
    <w:abstractNumId w:val="21"/>
  </w:num>
  <w:num w:numId="35">
    <w:abstractNumId w:val="28"/>
  </w:num>
  <w:num w:numId="36">
    <w:abstractNumId w:val="20"/>
  </w:num>
  <w:num w:numId="37">
    <w:abstractNumId w:val="34"/>
  </w:num>
  <w:num w:numId="38">
    <w:abstractNumId w:val="18"/>
  </w:num>
  <w:num w:numId="39">
    <w:abstractNumId w:val="32"/>
  </w:num>
  <w:num w:numId="40">
    <w:abstractNumId w:val="9"/>
  </w:num>
  <w:num w:numId="41">
    <w:abstractNumId w:val="36"/>
  </w:num>
  <w:num w:numId="42">
    <w:abstractNumId w:val="44"/>
  </w:num>
  <w:num w:numId="43">
    <w:abstractNumId w:val="16"/>
  </w:num>
  <w:num w:numId="44">
    <w:abstractNumId w:val="15"/>
  </w:num>
  <w:num w:numId="45">
    <w:abstractNumId w:val="43"/>
  </w:num>
  <w:num w:numId="46">
    <w:abstractNumId w:val="26"/>
  </w:num>
  <w:num w:numId="47">
    <w:abstractNumId w:val="46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3BC2"/>
    <w:rsid w:val="00034616"/>
    <w:rsid w:val="0006063C"/>
    <w:rsid w:val="00111D61"/>
    <w:rsid w:val="0015074B"/>
    <w:rsid w:val="001A59F0"/>
    <w:rsid w:val="0021034D"/>
    <w:rsid w:val="0029639D"/>
    <w:rsid w:val="00312A1D"/>
    <w:rsid w:val="00326F90"/>
    <w:rsid w:val="003A414C"/>
    <w:rsid w:val="003F7F67"/>
    <w:rsid w:val="004364C4"/>
    <w:rsid w:val="00445FAC"/>
    <w:rsid w:val="004753CC"/>
    <w:rsid w:val="004940B3"/>
    <w:rsid w:val="004B433E"/>
    <w:rsid w:val="004D5D06"/>
    <w:rsid w:val="004E4788"/>
    <w:rsid w:val="004F7355"/>
    <w:rsid w:val="00523645"/>
    <w:rsid w:val="00585824"/>
    <w:rsid w:val="005B200D"/>
    <w:rsid w:val="006421F7"/>
    <w:rsid w:val="00756F27"/>
    <w:rsid w:val="00775A5C"/>
    <w:rsid w:val="007F560E"/>
    <w:rsid w:val="0080634F"/>
    <w:rsid w:val="0082657A"/>
    <w:rsid w:val="00835CA6"/>
    <w:rsid w:val="00853056"/>
    <w:rsid w:val="00871653"/>
    <w:rsid w:val="008D3D12"/>
    <w:rsid w:val="0090091B"/>
    <w:rsid w:val="00993506"/>
    <w:rsid w:val="009B744E"/>
    <w:rsid w:val="009B7CBC"/>
    <w:rsid w:val="009F0811"/>
    <w:rsid w:val="00AA1D8D"/>
    <w:rsid w:val="00B10F2D"/>
    <w:rsid w:val="00B47730"/>
    <w:rsid w:val="00B81150"/>
    <w:rsid w:val="00BC40DF"/>
    <w:rsid w:val="00C3795C"/>
    <w:rsid w:val="00C55720"/>
    <w:rsid w:val="00C559EF"/>
    <w:rsid w:val="00C601A0"/>
    <w:rsid w:val="00CB0664"/>
    <w:rsid w:val="00CE1BFF"/>
    <w:rsid w:val="00CF6ACD"/>
    <w:rsid w:val="00D41394"/>
    <w:rsid w:val="00D704AA"/>
    <w:rsid w:val="00DA442A"/>
    <w:rsid w:val="00E4245A"/>
    <w:rsid w:val="00EA40D6"/>
    <w:rsid w:val="00F23E96"/>
    <w:rsid w:val="00F25445"/>
    <w:rsid w:val="00F833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1C45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1A3884-3C27-4532-85AA-7AC98147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115年度高雄市政府6樓以上老舊公寓大廈住宅用火災警報器專案補助計畫（修正版）</dc:title>
  <dc:subject>老舊公寓大廈住警器專案補助計畫</dc:subject>
  <dc:creator>高雄市政府消防局</dc:creator>
  <cp:keywords>住宅用火災警報器, 老舊公寓大廈, 消防安全設備, 專案補助</cp:keywords>
  <dc:description>generated by python-docx</dc:description>
  <cp:lastModifiedBy>user</cp:lastModifiedBy>
  <cp:revision>7</cp:revision>
  <cp:lastPrinted>2026-08-28T09:23:00Z</cp:lastPrinted>
  <dcterms:created xsi:type="dcterms:W3CDTF">2026-07-27T15:06:00Z</dcterms:created>
  <dcterms:modified xsi:type="dcterms:W3CDTF">2026-08-28T09:23:00Z</dcterms:modified>
</cp:coreProperties>
</file>