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6271" w14:textId="77777777" w:rsidR="00E54363" w:rsidRDefault="00E54363" w:rsidP="00E54363">
      <w:pPr>
        <w:spacing w:after="0" w:line="240" w:lineRule="auto"/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>
        <w:rPr>
          <w:rFonts w:ascii="標楷體" w:eastAsia="標楷體" w:hAnsi="標楷體" w:hint="eastAsia"/>
          <w:b/>
          <w:sz w:val="40"/>
          <w:szCs w:val="40"/>
          <w:lang w:eastAsia="zh-TW"/>
        </w:rPr>
        <w:t>高雄市政府毒品防制局</w:t>
      </w:r>
    </w:p>
    <w:p w14:paraId="440349B7" w14:textId="77777777" w:rsidR="00E54363" w:rsidRPr="00816995" w:rsidRDefault="00E54363" w:rsidP="00E54363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  <w:lang w:eastAsia="zh-TW"/>
        </w:rPr>
      </w:pPr>
      <w:r w:rsidRPr="00816995">
        <w:rPr>
          <w:rFonts w:ascii="標楷體" w:eastAsia="標楷體" w:hAnsi="標楷體"/>
          <w:b/>
          <w:sz w:val="40"/>
          <w:szCs w:val="40"/>
          <w:lang w:eastAsia="zh-TW"/>
        </w:rPr>
        <w:t>顧</w:t>
      </w:r>
      <w:proofErr w:type="gramStart"/>
      <w:r w:rsidRPr="00816995">
        <w:rPr>
          <w:rFonts w:ascii="標楷體" w:eastAsia="標楷體" w:hAnsi="標楷體"/>
          <w:b/>
          <w:sz w:val="40"/>
          <w:szCs w:val="40"/>
          <w:lang w:eastAsia="zh-TW"/>
        </w:rPr>
        <w:t>厝</w:t>
      </w:r>
      <w:proofErr w:type="gramEnd"/>
      <w:r w:rsidRPr="00816995">
        <w:rPr>
          <w:rFonts w:ascii="標楷體" w:eastAsia="標楷體" w:hAnsi="標楷體"/>
          <w:b/>
          <w:sz w:val="40"/>
          <w:szCs w:val="40"/>
          <w:lang w:eastAsia="zh-TW"/>
        </w:rPr>
        <w:t>防毒守護員 諮詢／轉</w:t>
      </w:r>
      <w:proofErr w:type="gramStart"/>
      <w:r w:rsidRPr="00816995">
        <w:rPr>
          <w:rFonts w:ascii="標楷體" w:eastAsia="標楷體" w:hAnsi="標楷體"/>
          <w:b/>
          <w:sz w:val="40"/>
          <w:szCs w:val="40"/>
          <w:lang w:eastAsia="zh-TW"/>
        </w:rPr>
        <w:t>介</w:t>
      </w:r>
      <w:proofErr w:type="gramEnd"/>
      <w:r w:rsidRPr="00816995">
        <w:rPr>
          <w:rFonts w:ascii="標楷體" w:eastAsia="標楷體" w:hAnsi="標楷體"/>
          <w:b/>
          <w:sz w:val="40"/>
          <w:szCs w:val="40"/>
          <w:lang w:eastAsia="zh-TW"/>
        </w:rPr>
        <w:t>單</w:t>
      </w:r>
    </w:p>
    <w:p w14:paraId="4D2FC1F4" w14:textId="77777777" w:rsidR="00E54363" w:rsidRPr="008312F1" w:rsidRDefault="00E54363" w:rsidP="00E54363">
      <w:pPr>
        <w:spacing w:after="0" w:line="480" w:lineRule="exact"/>
        <w:ind w:leftChars="-59" w:left="-1" w:hangingChars="39" w:hanging="141"/>
        <w:rPr>
          <w:rFonts w:ascii="標楷體" w:eastAsia="標楷體" w:hAnsi="標楷體"/>
          <w:sz w:val="36"/>
          <w:szCs w:val="36"/>
          <w:lang w:eastAsia="zh-TW"/>
        </w:rPr>
      </w:pPr>
      <w:r w:rsidRPr="008312F1">
        <w:rPr>
          <w:rFonts w:ascii="標楷體" w:eastAsia="標楷體" w:hAnsi="標楷體"/>
          <w:b/>
          <w:bCs/>
          <w:sz w:val="36"/>
          <w:szCs w:val="36"/>
          <w:shd w:val="pct15" w:color="auto" w:fill="FFFFFF"/>
          <w:lang w:eastAsia="zh-TW"/>
        </w:rPr>
        <w:t>「給自己一個重生的機會：</w:t>
      </w:r>
      <w:r w:rsidRPr="00F84A58">
        <w:rPr>
          <w:rFonts w:ascii="標楷體" w:eastAsia="標楷體" w:hAnsi="標楷體" w:hint="eastAsia"/>
          <w:b/>
          <w:bCs/>
          <w:sz w:val="36"/>
          <w:szCs w:val="36"/>
          <w:shd w:val="pct15" w:color="auto" w:fill="FFFFFF"/>
          <w:lang w:eastAsia="zh-TW"/>
        </w:rPr>
        <w:t>主動</w:t>
      </w:r>
      <w:r w:rsidRPr="008312F1">
        <w:rPr>
          <w:rFonts w:ascii="標楷體" w:eastAsia="標楷體" w:hAnsi="標楷體"/>
          <w:b/>
          <w:bCs/>
          <w:sz w:val="36"/>
          <w:szCs w:val="36"/>
          <w:shd w:val="pct15" w:color="auto" w:fill="FFFFFF"/>
          <w:lang w:eastAsia="zh-TW"/>
        </w:rPr>
        <w:t>求</w:t>
      </w:r>
      <w:r w:rsidRPr="00F84A58">
        <w:rPr>
          <w:rFonts w:ascii="標楷體" w:eastAsia="標楷體" w:hAnsi="標楷體" w:hint="eastAsia"/>
          <w:b/>
          <w:bCs/>
          <w:sz w:val="36"/>
          <w:szCs w:val="36"/>
          <w:shd w:val="pct15" w:color="auto" w:fill="FFFFFF"/>
          <w:lang w:eastAsia="zh-TW"/>
        </w:rPr>
        <w:t>助</w:t>
      </w:r>
      <w:r w:rsidRPr="008312F1">
        <w:rPr>
          <w:rFonts w:ascii="標楷體" w:eastAsia="標楷體" w:hAnsi="標楷體"/>
          <w:b/>
          <w:bCs/>
          <w:sz w:val="36"/>
          <w:szCs w:val="36"/>
          <w:shd w:val="pct15" w:color="auto" w:fill="FFFFFF"/>
          <w:lang w:eastAsia="zh-TW"/>
        </w:rPr>
        <w:t>，</w:t>
      </w:r>
      <w:r>
        <w:rPr>
          <w:rFonts w:ascii="標楷體" w:eastAsia="標楷體" w:hAnsi="標楷體" w:hint="eastAsia"/>
          <w:b/>
          <w:bCs/>
          <w:sz w:val="36"/>
          <w:szCs w:val="36"/>
          <w:shd w:val="pct15" w:color="auto" w:fill="FFFFFF"/>
          <w:lang w:eastAsia="zh-TW"/>
        </w:rPr>
        <w:t>免送法院或檢察機關</w:t>
      </w:r>
      <w:r w:rsidRPr="008312F1">
        <w:rPr>
          <w:rFonts w:ascii="標楷體" w:eastAsia="標楷體" w:hAnsi="標楷體"/>
          <w:b/>
          <w:bCs/>
          <w:sz w:val="36"/>
          <w:szCs w:val="36"/>
          <w:shd w:val="pct15" w:color="auto" w:fill="FFFFFF"/>
          <w:lang w:eastAsia="zh-TW"/>
        </w:rPr>
        <w:t>。」</w:t>
      </w:r>
    </w:p>
    <w:p w14:paraId="3C308AA1" w14:textId="77777777" w:rsidR="00E54363" w:rsidRDefault="00E54363" w:rsidP="00E54363">
      <w:pPr>
        <w:ind w:firstLineChars="221" w:firstLine="707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請您放心！依毒品危害防制條例規定，</w:t>
      </w:r>
      <w:r w:rsidRPr="008312F1">
        <w:rPr>
          <w:rFonts w:ascii="標楷體" w:eastAsia="標楷體" w:hAnsi="標楷體"/>
          <w:sz w:val="32"/>
          <w:szCs w:val="32"/>
          <w:lang w:eastAsia="zh-TW"/>
        </w:rPr>
        <w:t>在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犯罪</w:t>
      </w:r>
      <w:r w:rsidRPr="008312F1">
        <w:rPr>
          <w:rFonts w:ascii="標楷體" w:eastAsia="標楷體" w:hAnsi="標楷體"/>
          <w:sz w:val="32"/>
          <w:szCs w:val="32"/>
          <w:lang w:eastAsia="zh-TW"/>
        </w:rPr>
        <w:t>未發覺前，主動</w:t>
      </w:r>
      <w:proofErr w:type="gramStart"/>
      <w:r>
        <w:rPr>
          <w:rFonts w:ascii="標楷體" w:eastAsia="標楷體" w:hAnsi="標楷體" w:hint="eastAsia"/>
          <w:sz w:val="32"/>
          <w:szCs w:val="32"/>
          <w:lang w:eastAsia="zh-TW"/>
        </w:rPr>
        <w:t>向毒防</w:t>
      </w:r>
      <w:proofErr w:type="gramEnd"/>
      <w:r>
        <w:rPr>
          <w:rFonts w:ascii="標楷體" w:eastAsia="標楷體" w:hAnsi="標楷體" w:hint="eastAsia"/>
          <w:sz w:val="32"/>
          <w:szCs w:val="32"/>
          <w:lang w:eastAsia="zh-TW"/>
        </w:rPr>
        <w:t>局</w:t>
      </w:r>
      <w:r w:rsidRPr="008312F1">
        <w:rPr>
          <w:rFonts w:ascii="標楷體" w:eastAsia="標楷體" w:hAnsi="標楷體"/>
          <w:sz w:val="32"/>
          <w:szCs w:val="32"/>
          <w:lang w:eastAsia="zh-TW"/>
        </w:rPr>
        <w:t>尋求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轉</w:t>
      </w:r>
      <w:proofErr w:type="gramStart"/>
      <w:r>
        <w:rPr>
          <w:rFonts w:ascii="標楷體" w:eastAsia="標楷體" w:hAnsi="標楷體" w:hint="eastAsia"/>
          <w:sz w:val="32"/>
          <w:szCs w:val="32"/>
          <w:lang w:eastAsia="zh-TW"/>
        </w:rPr>
        <w:t>介</w:t>
      </w:r>
      <w:proofErr w:type="gramEnd"/>
      <w:r>
        <w:rPr>
          <w:rFonts w:ascii="標楷體" w:eastAsia="標楷體" w:hAnsi="標楷體" w:hint="eastAsia"/>
          <w:sz w:val="32"/>
          <w:szCs w:val="32"/>
          <w:lang w:eastAsia="zh-TW"/>
        </w:rPr>
        <w:t>至醫療機構</w:t>
      </w:r>
      <w:r w:rsidRPr="008312F1">
        <w:rPr>
          <w:rFonts w:ascii="標楷體" w:eastAsia="標楷體" w:hAnsi="標楷體"/>
          <w:sz w:val="32"/>
          <w:szCs w:val="32"/>
          <w:lang w:eastAsia="zh-TW"/>
        </w:rPr>
        <w:t>治療，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法律保障「</w:t>
      </w:r>
      <w:r w:rsidRPr="000E6ED7">
        <w:rPr>
          <w:rFonts w:ascii="標楷體" w:eastAsia="標楷體" w:hAnsi="標楷體" w:hint="eastAsia"/>
          <w:sz w:val="32"/>
          <w:szCs w:val="32"/>
          <w:lang w:eastAsia="zh-TW"/>
        </w:rPr>
        <w:t>免送法院或檢察機關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」。</w:t>
      </w:r>
    </w:p>
    <w:p w14:paraId="7F471ADA" w14:textId="77777777" w:rsidR="00E54363" w:rsidRPr="00816995" w:rsidRDefault="00E54363" w:rsidP="00E54363">
      <w:pPr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         </w:t>
      </w:r>
      <w:proofErr w:type="spellStart"/>
      <w:r w:rsidRPr="00816995">
        <w:rPr>
          <w:rFonts w:ascii="標楷體" w:eastAsia="標楷體" w:hAnsi="標楷體"/>
          <w:sz w:val="32"/>
          <w:szCs w:val="32"/>
        </w:rPr>
        <w:t>填報日期</w:t>
      </w:r>
      <w:proofErr w:type="spellEnd"/>
      <w:r>
        <w:rPr>
          <w:rFonts w:ascii="標楷體" w:eastAsia="標楷體" w:hAnsi="標楷體" w:hint="eastAsia"/>
          <w:sz w:val="32"/>
          <w:szCs w:val="32"/>
        </w:rPr>
        <w:t>:   年   月   日</w:t>
      </w:r>
    </w:p>
    <w:tbl>
      <w:tblPr>
        <w:tblW w:w="10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7584"/>
      </w:tblGrid>
      <w:tr w:rsidR="00E54363" w:rsidRPr="00816995" w14:paraId="15B8BCC4" w14:textId="77777777" w:rsidTr="00EA1D9B">
        <w:trPr>
          <w:trHeight w:val="209"/>
        </w:trPr>
        <w:tc>
          <w:tcPr>
            <w:tcW w:w="10699" w:type="dxa"/>
            <w:gridSpan w:val="2"/>
          </w:tcPr>
          <w:p w14:paraId="65DE2184" w14:textId="77777777" w:rsidR="00E54363" w:rsidRDefault="00E54363" w:rsidP="007862E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轉介人資訊</w:t>
            </w:r>
            <w:proofErr w:type="spellEnd"/>
          </w:p>
        </w:tc>
      </w:tr>
      <w:tr w:rsidR="00E54363" w:rsidRPr="00816995" w14:paraId="462502F9" w14:textId="77777777" w:rsidTr="00EA1D9B">
        <w:trPr>
          <w:trHeight w:val="420"/>
        </w:trPr>
        <w:tc>
          <w:tcPr>
            <w:tcW w:w="3115" w:type="dxa"/>
            <w:vAlign w:val="center"/>
          </w:tcPr>
          <w:p w14:paraId="6B2E6FAF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/>
                <w:sz w:val="32"/>
                <w:szCs w:val="32"/>
              </w:rPr>
              <w:t>姓名</w:t>
            </w:r>
            <w:proofErr w:type="spellEnd"/>
          </w:p>
          <w:p w14:paraId="6F7F8D86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或暱稱</w:t>
            </w:r>
            <w:proofErr w:type="spellEnd"/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7583" w:type="dxa"/>
            <w:tcBorders>
              <w:bottom w:val="single" w:sz="4" w:space="0" w:color="auto"/>
            </w:tcBorders>
          </w:tcPr>
          <w:p w14:paraId="0B653EC0" w14:textId="77777777" w:rsidR="00E54363" w:rsidRDefault="00E54363" w:rsidP="007862E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54363" w:rsidRPr="00816995" w14:paraId="06E31381" w14:textId="77777777" w:rsidTr="00EA1D9B">
        <w:trPr>
          <w:trHeight w:val="229"/>
        </w:trPr>
        <w:tc>
          <w:tcPr>
            <w:tcW w:w="3115" w:type="dxa"/>
            <w:vAlign w:val="center"/>
          </w:tcPr>
          <w:p w14:paraId="14EFDF47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聯絡電話</w:t>
            </w:r>
          </w:p>
          <w:p w14:paraId="515571F2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請務必填寫真實電話</w:t>
            </w:r>
          </w:p>
        </w:tc>
        <w:tc>
          <w:tcPr>
            <w:tcW w:w="7583" w:type="dxa"/>
            <w:tcBorders>
              <w:bottom w:val="nil"/>
            </w:tcBorders>
          </w:tcPr>
          <w:p w14:paraId="560131DF" w14:textId="77777777" w:rsidR="00E54363" w:rsidRDefault="00E54363" w:rsidP="007862E5">
            <w:pPr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E54363" w:rsidRPr="00816995" w14:paraId="6FFE9CA1" w14:textId="77777777" w:rsidTr="00EA1D9B">
        <w:trPr>
          <w:trHeight w:val="209"/>
        </w:trPr>
        <w:tc>
          <w:tcPr>
            <w:tcW w:w="10699" w:type="dxa"/>
            <w:gridSpan w:val="2"/>
            <w:vAlign w:val="center"/>
          </w:tcPr>
          <w:p w14:paraId="506FE705" w14:textId="77777777" w:rsidR="00E54363" w:rsidRDefault="00E54363" w:rsidP="00E54363">
            <w:pPr>
              <w:spacing w:after="0" w:line="240" w:lineRule="auto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被轉介者資訊</w:t>
            </w:r>
            <w:proofErr w:type="spellEnd"/>
          </w:p>
        </w:tc>
      </w:tr>
      <w:tr w:rsidR="00E54363" w:rsidRPr="00816995" w14:paraId="45183DB7" w14:textId="77777777" w:rsidTr="00EA1D9B">
        <w:trPr>
          <w:trHeight w:val="420"/>
        </w:trPr>
        <w:tc>
          <w:tcPr>
            <w:tcW w:w="3115" w:type="dxa"/>
            <w:vAlign w:val="center"/>
          </w:tcPr>
          <w:p w14:paraId="15CBC952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/>
                <w:sz w:val="32"/>
                <w:szCs w:val="32"/>
              </w:rPr>
              <w:t>姓名</w:t>
            </w:r>
            <w:proofErr w:type="spellEnd"/>
          </w:p>
          <w:p w14:paraId="45F719F1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或暱稱</w:t>
            </w:r>
            <w:proofErr w:type="spellEnd"/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7583" w:type="dxa"/>
          </w:tcPr>
          <w:p w14:paraId="33AB1382" w14:textId="77777777" w:rsidR="00E54363" w:rsidRDefault="00E54363" w:rsidP="007862E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54363" w:rsidRPr="00816995" w14:paraId="7DBAB1B1" w14:textId="77777777" w:rsidTr="00EA1D9B">
        <w:trPr>
          <w:trHeight w:val="217"/>
        </w:trPr>
        <w:tc>
          <w:tcPr>
            <w:tcW w:w="3115" w:type="dxa"/>
            <w:vAlign w:val="center"/>
          </w:tcPr>
          <w:p w14:paraId="4E046700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聯絡電話</w:t>
            </w:r>
          </w:p>
          <w:p w14:paraId="19F05CD2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請務必填寫真實電話</w:t>
            </w:r>
          </w:p>
        </w:tc>
        <w:tc>
          <w:tcPr>
            <w:tcW w:w="7583" w:type="dxa"/>
          </w:tcPr>
          <w:p w14:paraId="35259465" w14:textId="77777777" w:rsidR="00E54363" w:rsidRDefault="00E54363" w:rsidP="007862E5">
            <w:pPr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TW"/>
              </w:rPr>
              <w:t xml:space="preserve"> </w:t>
            </w:r>
          </w:p>
        </w:tc>
      </w:tr>
      <w:tr w:rsidR="00E54363" w:rsidRPr="00816995" w14:paraId="344F362F" w14:textId="77777777" w:rsidTr="00EA1D9B">
        <w:trPr>
          <w:trHeight w:val="220"/>
        </w:trPr>
        <w:tc>
          <w:tcPr>
            <w:tcW w:w="3115" w:type="dxa"/>
            <w:vAlign w:val="center"/>
          </w:tcPr>
          <w:p w14:paraId="7E3FCCAE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地址</w:t>
            </w:r>
            <w:proofErr w:type="spellEnd"/>
            <w:r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選填</w:t>
            </w:r>
            <w:proofErr w:type="spellEnd"/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7583" w:type="dxa"/>
          </w:tcPr>
          <w:p w14:paraId="709C394D" w14:textId="77777777" w:rsidR="00E54363" w:rsidRDefault="00E54363" w:rsidP="007862E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54363" w:rsidRPr="00816995" w14:paraId="6FF1F402" w14:textId="77777777" w:rsidTr="0070102D">
        <w:trPr>
          <w:trHeight w:val="3471"/>
        </w:trPr>
        <w:tc>
          <w:tcPr>
            <w:tcW w:w="3115" w:type="dxa"/>
            <w:vAlign w:val="center"/>
          </w:tcPr>
          <w:p w14:paraId="5DDE829D" w14:textId="77777777" w:rsidR="00E54363" w:rsidRDefault="00E54363" w:rsidP="00E54363">
            <w:pPr>
              <w:spacing w:after="0"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轉介需求</w:t>
            </w:r>
            <w:proofErr w:type="spellEnd"/>
          </w:p>
        </w:tc>
        <w:tc>
          <w:tcPr>
            <w:tcW w:w="7583" w:type="dxa"/>
          </w:tcPr>
          <w:p w14:paraId="3C459D33" w14:textId="77777777" w:rsidR="00E54363" w:rsidRDefault="00E54363" w:rsidP="00EA1D9B">
            <w:pPr>
              <w:spacing w:after="0" w:line="240" w:lineRule="auto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戒癮</w:t>
            </w:r>
          </w:p>
          <w:p w14:paraId="55AC7109" w14:textId="77777777" w:rsidR="00E54363" w:rsidRDefault="00E54363" w:rsidP="00EA1D9B">
            <w:pPr>
              <w:spacing w:after="0" w:line="240" w:lineRule="auto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就業</w:t>
            </w:r>
          </w:p>
          <w:p w14:paraId="5379595C" w14:textId="77777777" w:rsidR="00E54363" w:rsidRDefault="00E54363" w:rsidP="00EA1D9B">
            <w:pPr>
              <w:spacing w:after="0" w:line="240" w:lineRule="auto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心理諮商</w:t>
            </w:r>
          </w:p>
          <w:p w14:paraId="7165F842" w14:textId="77777777" w:rsidR="00E54363" w:rsidRDefault="00E54363" w:rsidP="00EA1D9B">
            <w:pPr>
              <w:spacing w:after="0" w:line="24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proofErr w:type="spellStart"/>
            <w:r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proofErr w:type="spellEnd"/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</w:p>
        </w:tc>
      </w:tr>
    </w:tbl>
    <w:p w14:paraId="302AF0A1" w14:textId="77777777" w:rsidR="00E54363" w:rsidRPr="002A4E4D" w:rsidRDefault="00E54363" w:rsidP="00E54363">
      <w:pPr>
        <w:spacing w:line="340" w:lineRule="exact"/>
        <w:rPr>
          <w:rFonts w:ascii="標楷體" w:eastAsia="標楷體" w:hAnsi="標楷體"/>
          <w:sz w:val="28"/>
          <w:szCs w:val="28"/>
        </w:rPr>
      </w:pPr>
      <w:proofErr w:type="spellStart"/>
      <w:r w:rsidRPr="002A4E4D">
        <w:rPr>
          <w:rFonts w:ascii="標楷體" w:eastAsia="標楷體" w:hAnsi="標楷體"/>
          <w:sz w:val="28"/>
          <w:szCs w:val="28"/>
        </w:rPr>
        <w:t>備註</w:t>
      </w:r>
      <w:proofErr w:type="spellEnd"/>
      <w:r w:rsidRPr="002A4E4D">
        <w:rPr>
          <w:rFonts w:ascii="標楷體" w:eastAsia="標楷體" w:hAnsi="標楷體" w:hint="eastAsia"/>
          <w:sz w:val="28"/>
          <w:szCs w:val="28"/>
        </w:rPr>
        <w:t>:</w:t>
      </w:r>
    </w:p>
    <w:p w14:paraId="7A5E2CB9" w14:textId="77777777" w:rsidR="00E54363" w:rsidRDefault="00E54363" w:rsidP="00E54363">
      <w:pPr>
        <w:pStyle w:val="ae"/>
        <w:numPr>
          <w:ilvl w:val="0"/>
          <w:numId w:val="10"/>
        </w:numPr>
        <w:spacing w:line="3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上開資料</w:t>
      </w:r>
      <w:r w:rsidRPr="009D14E1">
        <w:rPr>
          <w:rFonts w:ascii="標楷體" w:eastAsia="標楷體" w:hAnsi="標楷體"/>
          <w:sz w:val="28"/>
          <w:szCs w:val="28"/>
          <w:lang w:eastAsia="zh-TW"/>
        </w:rPr>
        <w:t>僅</w:t>
      </w:r>
      <w:proofErr w:type="gramStart"/>
      <w:r w:rsidRPr="009D14E1">
        <w:rPr>
          <w:rFonts w:ascii="標楷體" w:eastAsia="標楷體" w:hAnsi="標楷體"/>
          <w:sz w:val="28"/>
          <w:szCs w:val="28"/>
          <w:lang w:eastAsia="zh-TW"/>
        </w:rPr>
        <w:t>供毒防</w:t>
      </w:r>
      <w:proofErr w:type="gramEnd"/>
      <w:r w:rsidRPr="009D14E1">
        <w:rPr>
          <w:rFonts w:ascii="標楷體" w:eastAsia="標楷體" w:hAnsi="標楷體"/>
          <w:sz w:val="28"/>
          <w:szCs w:val="28"/>
          <w:lang w:eastAsia="zh-TW"/>
        </w:rPr>
        <w:t>局關懷輔導使用</w:t>
      </w: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，並依個人資料保護法及其他相關法律規定予以保密規定。</w:t>
      </w:r>
    </w:p>
    <w:p w14:paraId="09E6A60D" w14:textId="77777777" w:rsidR="00E54363" w:rsidRDefault="00E54363" w:rsidP="00E54363">
      <w:pPr>
        <w:pStyle w:val="ae"/>
        <w:numPr>
          <w:ilvl w:val="0"/>
          <w:numId w:val="10"/>
        </w:numPr>
        <w:spacing w:line="3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若您有毒品防制相關問題，您可以填寫轉</w:t>
      </w:r>
      <w:proofErr w:type="gramStart"/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介</w:t>
      </w:r>
      <w:proofErr w:type="gramEnd"/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單回</w:t>
      </w:r>
      <w:proofErr w:type="gramStart"/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傳毒防</w:t>
      </w:r>
      <w:proofErr w:type="gramEnd"/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局。</w:t>
      </w:r>
    </w:p>
    <w:p w14:paraId="707D097A" w14:textId="12DC0D92" w:rsidR="00E54363" w:rsidRDefault="00E54363" w:rsidP="00E54363">
      <w:pPr>
        <w:pStyle w:val="ae"/>
        <w:numPr>
          <w:ilvl w:val="0"/>
          <w:numId w:val="10"/>
        </w:numPr>
        <w:spacing w:line="3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毒品危害防制中心諮詢專線(24小時免費)</w:t>
      </w:r>
      <w:r w:rsidRPr="009D14E1">
        <w:rPr>
          <w:rFonts w:ascii="標楷體" w:eastAsia="標楷體" w:hAnsi="標楷體"/>
          <w:sz w:val="28"/>
          <w:szCs w:val="28"/>
          <w:lang w:eastAsia="zh-TW"/>
        </w:rPr>
        <w:t>：0800-770-885</w:t>
      </w: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(請請</w:t>
      </w:r>
      <w:r w:rsidR="0052426F">
        <w:rPr>
          <w:rFonts w:ascii="標楷體" w:eastAsia="標楷體" w:hAnsi="標楷體" w:hint="eastAsia"/>
          <w:sz w:val="28"/>
          <w:szCs w:val="28"/>
          <w:lang w:eastAsia="zh-TW"/>
        </w:rPr>
        <w:t>您</w:t>
      </w: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 xml:space="preserve"> 幫幫我)</w:t>
      </w:r>
    </w:p>
    <w:p w14:paraId="7B9BFE03" w14:textId="4B1F10B0" w:rsidR="00954488" w:rsidRPr="002A4E4D" w:rsidRDefault="00E54363" w:rsidP="00E54363">
      <w:pPr>
        <w:pStyle w:val="ae"/>
        <w:numPr>
          <w:ilvl w:val="0"/>
          <w:numId w:val="10"/>
        </w:numPr>
        <w:spacing w:line="34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9D14E1">
        <w:rPr>
          <w:rFonts w:ascii="標楷體" w:eastAsia="標楷體" w:hAnsi="標楷體" w:hint="eastAsia"/>
          <w:sz w:val="28"/>
          <w:szCs w:val="28"/>
          <w:lang w:eastAsia="zh-TW"/>
        </w:rPr>
        <w:t>承辦人員</w:t>
      </w:r>
      <w:r w:rsidRPr="009D14E1">
        <w:rPr>
          <w:rFonts w:ascii="標楷體" w:eastAsia="標楷體" w:hAnsi="標楷體" w:cs="標楷體" w:hint="eastAsia"/>
          <w:sz w:val="28"/>
          <w:szCs w:val="28"/>
          <w:lang w:eastAsia="zh-TW"/>
        </w:rPr>
        <w:t>：07-2111311分機524、傳真電話：07-2152057。</w:t>
      </w:r>
    </w:p>
    <w:sectPr w:rsidR="00954488" w:rsidRPr="002A4E4D" w:rsidSect="00E54363">
      <w:pgSz w:w="12240" w:h="15840" w:code="1"/>
      <w:pgMar w:top="851" w:right="851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98A44" w14:textId="77777777" w:rsidR="00D144C7" w:rsidRDefault="00D144C7" w:rsidP="00E54363">
      <w:pPr>
        <w:spacing w:after="0" w:line="240" w:lineRule="auto"/>
      </w:pPr>
      <w:r>
        <w:separator/>
      </w:r>
    </w:p>
  </w:endnote>
  <w:endnote w:type="continuationSeparator" w:id="0">
    <w:p w14:paraId="782B661A" w14:textId="77777777" w:rsidR="00D144C7" w:rsidRDefault="00D144C7" w:rsidP="00E5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E280" w14:textId="77777777" w:rsidR="00D144C7" w:rsidRDefault="00D144C7" w:rsidP="00E54363">
      <w:pPr>
        <w:spacing w:after="0" w:line="240" w:lineRule="auto"/>
      </w:pPr>
      <w:r>
        <w:separator/>
      </w:r>
    </w:p>
  </w:footnote>
  <w:footnote w:type="continuationSeparator" w:id="0">
    <w:p w14:paraId="06D58415" w14:textId="77777777" w:rsidR="00D144C7" w:rsidRDefault="00D144C7" w:rsidP="00E54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23386"/>
    <w:multiLevelType w:val="hybridMultilevel"/>
    <w:tmpl w:val="C622AA26"/>
    <w:lvl w:ilvl="0" w:tplc="E758C39A">
      <w:start w:val="1"/>
      <w:numFmt w:val="taiwaneseCountingThousand"/>
      <w:lvlText w:val="%1、"/>
      <w:lvlJc w:val="left"/>
      <w:pPr>
        <w:ind w:left="72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EA367F"/>
    <w:multiLevelType w:val="hybridMultilevel"/>
    <w:tmpl w:val="E3E8F1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2549CF"/>
    <w:multiLevelType w:val="hybridMultilevel"/>
    <w:tmpl w:val="8A0453C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934894088">
    <w:abstractNumId w:val="8"/>
  </w:num>
  <w:num w:numId="2" w16cid:durableId="53940900">
    <w:abstractNumId w:val="6"/>
  </w:num>
  <w:num w:numId="3" w16cid:durableId="187498830">
    <w:abstractNumId w:val="5"/>
  </w:num>
  <w:num w:numId="4" w16cid:durableId="613100977">
    <w:abstractNumId w:val="4"/>
  </w:num>
  <w:num w:numId="5" w16cid:durableId="1394546302">
    <w:abstractNumId w:val="7"/>
  </w:num>
  <w:num w:numId="6" w16cid:durableId="1619140627">
    <w:abstractNumId w:val="3"/>
  </w:num>
  <w:num w:numId="7" w16cid:durableId="782921795">
    <w:abstractNumId w:val="2"/>
  </w:num>
  <w:num w:numId="8" w16cid:durableId="44916867">
    <w:abstractNumId w:val="1"/>
  </w:num>
  <w:num w:numId="9" w16cid:durableId="2073306166">
    <w:abstractNumId w:val="0"/>
  </w:num>
  <w:num w:numId="10" w16cid:durableId="1794591698">
    <w:abstractNumId w:val="10"/>
  </w:num>
  <w:num w:numId="11" w16cid:durableId="1380089251">
    <w:abstractNumId w:val="9"/>
  </w:num>
  <w:num w:numId="12" w16cid:durableId="1827239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663"/>
    <w:rsid w:val="00034616"/>
    <w:rsid w:val="0006063C"/>
    <w:rsid w:val="00090507"/>
    <w:rsid w:val="000A02C5"/>
    <w:rsid w:val="0015074B"/>
    <w:rsid w:val="00210E8A"/>
    <w:rsid w:val="0023582B"/>
    <w:rsid w:val="0026324D"/>
    <w:rsid w:val="0029639D"/>
    <w:rsid w:val="00297D1B"/>
    <w:rsid w:val="002A4E4D"/>
    <w:rsid w:val="002F0EA5"/>
    <w:rsid w:val="00326F90"/>
    <w:rsid w:val="003B54D3"/>
    <w:rsid w:val="004024A3"/>
    <w:rsid w:val="00481FDB"/>
    <w:rsid w:val="004D3000"/>
    <w:rsid w:val="0052426F"/>
    <w:rsid w:val="00652A76"/>
    <w:rsid w:val="006826BA"/>
    <w:rsid w:val="006F7ED6"/>
    <w:rsid w:val="0070102D"/>
    <w:rsid w:val="00712B2C"/>
    <w:rsid w:val="007168ED"/>
    <w:rsid w:val="007264BD"/>
    <w:rsid w:val="00760371"/>
    <w:rsid w:val="007F68A5"/>
    <w:rsid w:val="00816995"/>
    <w:rsid w:val="0084087C"/>
    <w:rsid w:val="00954488"/>
    <w:rsid w:val="009574AA"/>
    <w:rsid w:val="00981E83"/>
    <w:rsid w:val="009E08FE"/>
    <w:rsid w:val="00AA1D8D"/>
    <w:rsid w:val="00B13C24"/>
    <w:rsid w:val="00B47730"/>
    <w:rsid w:val="00B81A7A"/>
    <w:rsid w:val="00C0224D"/>
    <w:rsid w:val="00C029D9"/>
    <w:rsid w:val="00C173F9"/>
    <w:rsid w:val="00C33CA4"/>
    <w:rsid w:val="00CB0664"/>
    <w:rsid w:val="00CF1980"/>
    <w:rsid w:val="00D10BAB"/>
    <w:rsid w:val="00D11722"/>
    <w:rsid w:val="00D144C7"/>
    <w:rsid w:val="00D77246"/>
    <w:rsid w:val="00DB4D15"/>
    <w:rsid w:val="00DB6BDB"/>
    <w:rsid w:val="00DC1CFA"/>
    <w:rsid w:val="00DE08D6"/>
    <w:rsid w:val="00E54363"/>
    <w:rsid w:val="00E606A2"/>
    <w:rsid w:val="00E94D2B"/>
    <w:rsid w:val="00EA1D9B"/>
    <w:rsid w:val="00F476EB"/>
    <w:rsid w:val="00F83D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74000C"/>
  <w14:defaultImageDpi w14:val="330"/>
  <w15:docId w15:val="{DE12AEB0-FF95-4C1A-838E-6E3EA6AB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hAnsi="微軟正黑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卑南壹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文 字元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鮮明引文 字元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D1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b">
    <w:name w:val="Revision"/>
    <w:hidden/>
    <w:uiPriority w:val="99"/>
    <w:semiHidden/>
    <w:rsid w:val="00D10BAB"/>
    <w:pPr>
      <w:spacing w:after="0" w:line="240" w:lineRule="auto"/>
    </w:pPr>
    <w:rPr>
      <w:rFonts w:ascii="微軟正黑體" w:hAnsi="微軟正黑體"/>
      <w:sz w:val="24"/>
    </w:rPr>
  </w:style>
  <w:style w:type="character" w:customStyle="1" w:styleId="affc">
    <w:name w:val="問候 字元"/>
    <w:rsid w:val="00E54363"/>
    <w:rPr>
      <w:rFonts w:ascii="標楷體" w:hAnsi="標楷體"/>
      <w:kern w:val="3"/>
      <w:sz w:val="24"/>
    </w:rPr>
  </w:style>
  <w:style w:type="character" w:customStyle="1" w:styleId="af">
    <w:name w:val="清單段落 字元"/>
    <w:aliases w:val="卑南壹 字元"/>
    <w:link w:val="ae"/>
    <w:uiPriority w:val="34"/>
    <w:qFormat/>
    <w:locked/>
    <w:rsid w:val="00E54363"/>
    <w:rPr>
      <w:rFonts w:ascii="微軟正黑體" w:hAnsi="微軟正黑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毒防局06</cp:lastModifiedBy>
  <cp:revision>6</cp:revision>
  <cp:lastPrinted>2026-07-30T09:47:00Z</cp:lastPrinted>
  <dcterms:created xsi:type="dcterms:W3CDTF">2026-06-16T07:47:00Z</dcterms:created>
  <dcterms:modified xsi:type="dcterms:W3CDTF">2026-07-30T09:47:00Z</dcterms:modified>
  <cp:category/>
</cp:coreProperties>
</file>