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200" w:after="0"/>
        <w:rPr/>
      </w:pPr>
      <w:r>
        <w:rPr>
          <w:rFonts w:ascii="標楷體" w:hAnsi="標楷體" w:eastAsia="標楷體"/>
          <w:color w:val="000000"/>
          <w:sz w:val="28"/>
          <w:szCs w:val="28"/>
          <w:lang w:eastAsia="zh-TW"/>
        </w:rPr>
        <w:t>附件一：</w:t>
      </w:r>
      <w:bookmarkStart w:id="0" w:name="__DdeLink__466_1755476287"/>
      <w:r>
        <w:rPr>
          <w:rFonts w:eastAsia="標楷體" w:ascii="標楷體" w:hAnsi="標楷體"/>
          <w:color w:val="000000"/>
          <w:sz w:val="28"/>
          <w:szCs w:val="28"/>
          <w:lang w:eastAsia="zh-TW"/>
        </w:rPr>
        <w:t>AED</w:t>
      </w:r>
      <w:r>
        <w:rPr>
          <w:rFonts w:ascii="標楷體" w:hAnsi="標楷體" w:eastAsia="標楷體"/>
          <w:color w:val="000000"/>
          <w:sz w:val="28"/>
          <w:szCs w:val="28"/>
          <w:lang w:eastAsia="zh-TW"/>
        </w:rPr>
        <w:t>物品借出單</w:t>
      </w:r>
      <w:bookmarkEnd w:id="0"/>
    </w:p>
    <w:tbl>
      <w:tblPr>
        <w:tblW w:w="9645" w:type="dxa"/>
        <w:jc w:val="left"/>
        <w:tblInd w:w="-119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4"/>
        <w:gridCol w:w="3116"/>
        <w:gridCol w:w="4"/>
        <w:gridCol w:w="37"/>
        <w:gridCol w:w="4"/>
        <w:gridCol w:w="1"/>
        <w:gridCol w:w="798"/>
        <w:gridCol w:w="4"/>
        <w:gridCol w:w="1"/>
        <w:gridCol w:w="898"/>
        <w:gridCol w:w="4"/>
        <w:gridCol w:w="314"/>
        <w:gridCol w:w="4"/>
        <w:gridCol w:w="3"/>
        <w:gridCol w:w="2582"/>
      </w:tblGrid>
      <w:tr>
        <w:trPr>
          <w:trHeight w:val="510" w:hRule="exact"/>
        </w:trPr>
        <w:tc>
          <w:tcPr>
            <w:tcW w:w="1874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 w:val="36"/>
                <w:szCs w:val="36"/>
              </w:rPr>
            </w:r>
          </w:p>
        </w:tc>
        <w:tc>
          <w:tcPr>
            <w:tcW w:w="3116" w:type="dxa"/>
            <w:tcBorders/>
            <w:shd w:fill="FFFFFF" w:val="clear"/>
            <w:vAlign w:val="bottom"/>
          </w:tcPr>
          <w:p>
            <w:pPr>
              <w:pStyle w:val="Style25"/>
              <w:widowControl/>
              <w:jc w:val="center"/>
              <w:rPr>
                <w:rFonts w:ascii="標楷體" w:hAnsi="標楷體" w:eastAsia="標楷體" w:cs="新細明體"/>
                <w:kern w:val="0"/>
                <w:sz w:val="40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 w:val="40"/>
                <w:szCs w:val="36"/>
              </w:rPr>
              <w:t>AED</w:t>
            </w:r>
            <w:r>
              <w:rPr>
                <w:rFonts w:ascii="標楷體" w:hAnsi="標楷體" w:cs="新細明體" w:eastAsia="標楷體"/>
                <w:kern w:val="0"/>
                <w:sz w:val="40"/>
                <w:szCs w:val="36"/>
              </w:rPr>
              <w:t>借用單</w:t>
            </w:r>
          </w:p>
          <w:p>
            <w:pPr>
              <w:pStyle w:val="Style25"/>
              <w:widowControl/>
              <w:jc w:val="center"/>
              <w:rPr>
                <w:rFonts w:ascii="標楷體" w:hAnsi="標楷體" w:eastAsia="標楷體" w:cs="新細明體"/>
                <w:kern w:val="0"/>
                <w:sz w:val="40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 w:val="40"/>
                <w:szCs w:val="36"/>
              </w:rPr>
            </w:r>
          </w:p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 w:val="36"/>
                <w:szCs w:val="36"/>
              </w:rPr>
            </w:r>
          </w:p>
        </w:tc>
        <w:tc>
          <w:tcPr>
            <w:tcW w:w="41" w:type="dxa"/>
            <w:gridSpan w:val="2"/>
            <w:tcBorders/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 w:val="36"/>
                <w:szCs w:val="36"/>
              </w:rPr>
            </w:r>
          </w:p>
        </w:tc>
        <w:tc>
          <w:tcPr>
            <w:tcW w:w="803" w:type="dxa"/>
            <w:gridSpan w:val="3"/>
            <w:tcBorders/>
            <w:shd w:fill="FFFFFF" w:val="clear"/>
            <w:vAlign w:val="bottom"/>
          </w:tcPr>
          <w:p>
            <w:pPr>
              <w:pStyle w:val="Normal"/>
              <w:widowControl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 w:val="36"/>
                <w:szCs w:val="36"/>
              </w:rPr>
            </w:r>
          </w:p>
          <w:p>
            <w:pPr>
              <w:pStyle w:val="Normal"/>
              <w:widowControl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 w:val="36"/>
                <w:szCs w:val="36"/>
              </w:rPr>
            </w:r>
          </w:p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 w:val="36"/>
                <w:szCs w:val="36"/>
              </w:rPr>
            </w:r>
          </w:p>
        </w:tc>
        <w:tc>
          <w:tcPr>
            <w:tcW w:w="903" w:type="dxa"/>
            <w:gridSpan w:val="3"/>
            <w:tcBorders/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2907" w:type="dxa"/>
            <w:gridSpan w:val="5"/>
            <w:tcBorders/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Cs w:val="24"/>
              </w:rPr>
            </w:pPr>
            <w:r>
              <w:rPr>
                <w:rFonts w:ascii="標楷體" w:hAnsi="標楷體" w:cs="新細明體" w:eastAsia="標楷體"/>
                <w:kern w:val="0"/>
                <w:szCs w:val="24"/>
                <w:lang w:eastAsia="zh-TW"/>
              </w:rPr>
              <w:t xml:space="preserve">           </w:t>
            </w:r>
            <w:r>
              <w:rPr>
                <w:rFonts w:ascii="標楷體" w:hAnsi="標楷體" w:cs="新細明體" w:eastAsia="標楷體"/>
                <w:kern w:val="0"/>
                <w:szCs w:val="24"/>
              </w:rPr>
              <w:t>衛生所存根聯</w:t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借用日期：</w:t>
            </w:r>
          </w:p>
        </w:tc>
        <w:tc>
          <w:tcPr>
            <w:tcW w:w="3116" w:type="dxa"/>
            <w:tcBorders>
              <w:top w:val="single" w:sz="8" w:space="0" w:color="00000A"/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活動資訊</w:t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借用單位：</w:t>
            </w:r>
          </w:p>
        </w:tc>
        <w:tc>
          <w:tcPr>
            <w:tcW w:w="3116" w:type="dxa"/>
            <w:tcBorders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tabs>
                <w:tab w:val="clear" w:pos="709"/>
                <w:tab w:val="left" w:pos="4020" w:leader="none"/>
              </w:tabs>
              <w:bidi w:val="0"/>
              <w:spacing w:lineRule="auto" w:line="276" w:before="0" w:after="200"/>
              <w:ind w:left="0" w:right="-1701" w:hanging="0"/>
              <w:jc w:val="left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restart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7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活動名稱</w:t>
            </w:r>
            <w:r>
              <w:rPr>
                <w:rFonts w:eastAsia="標楷體" w:cs="新細明體" w:ascii="標楷體" w:hAnsi="標楷體"/>
                <w:kern w:val="0"/>
                <w:sz w:val="28"/>
                <w:szCs w:val="28"/>
                <w:lang w:eastAsia="zh-TW"/>
              </w:rPr>
              <w:t>:</w:t>
            </w:r>
          </w:p>
          <w:p>
            <w:pPr>
              <w:pStyle w:val="Normal"/>
              <w:widowControl/>
              <w:spacing w:lineRule="exact" w:line="7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  <w:lang w:eastAsia="zh-TW"/>
              </w:rPr>
              <w:t>日期</w:t>
            </w:r>
            <w:r>
              <w:rPr>
                <w:rFonts w:eastAsia="標楷體" w:cs="新細明體" w:ascii="標楷體" w:hAnsi="標楷體"/>
                <w:kern w:val="0"/>
                <w:sz w:val="28"/>
                <w:szCs w:val="28"/>
                <w:lang w:eastAsia="zh-TW"/>
              </w:rPr>
              <w:t xml:space="preserve">: </w:t>
            </w:r>
          </w:p>
          <w:p>
            <w:pPr>
              <w:pStyle w:val="Normal"/>
              <w:widowControl/>
              <w:snapToGrid w:val="false"/>
              <w:spacing w:lineRule="exact" w:line="700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活動地點</w:t>
            </w:r>
            <w:r>
              <w:rPr>
                <w:rFonts w:eastAsia="標楷體" w:cs="新細明體" w:ascii="標楷體" w:hAnsi="標楷體"/>
                <w:kern w:val="0"/>
                <w:sz w:val="28"/>
                <w:szCs w:val="28"/>
                <w:lang w:eastAsia="zh-TW"/>
              </w:rPr>
              <w:t>:</w:t>
            </w:r>
          </w:p>
          <w:p>
            <w:pPr>
              <w:pStyle w:val="Normal"/>
              <w:widowControl/>
              <w:snapToGrid w:val="false"/>
              <w:spacing w:lineRule="exact" w:line="700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活動內容</w:t>
            </w: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  <w:t>:</w:t>
            </w:r>
          </w:p>
          <w:p>
            <w:pPr>
              <w:pStyle w:val="Normal"/>
              <w:widowControl/>
              <w:snapToGrid w:val="false"/>
              <w:spacing w:lineRule="auto" w:line="163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ind w:left="1701" w:right="0" w:firstLine="454"/>
              <w:jc w:val="left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spacing w:before="0" w:after="200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</w:tc>
      </w:tr>
      <w:tr>
        <w:trPr>
          <w:trHeight w:val="735" w:hRule="exact"/>
        </w:trPr>
        <w:tc>
          <w:tcPr>
            <w:tcW w:w="1874" w:type="dxa"/>
            <w:tcBorders>
              <w:left w:val="single" w:sz="8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192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借用人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  <w:lang w:eastAsia="zh-TW"/>
              </w:rPr>
              <w:t>電話</w:t>
            </w:r>
          </w:p>
          <w:p>
            <w:pPr>
              <w:pStyle w:val="Normal"/>
              <w:widowControl/>
              <w:spacing w:lineRule="auto" w:line="192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  <w:lang w:eastAsia="zh-TW"/>
              </w:rPr>
              <w:t>姓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名</w:t>
            </w:r>
          </w:p>
        </w:tc>
        <w:tc>
          <w:tcPr>
            <w:tcW w:w="3116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010" w:hRule="atLeast"/>
        </w:trPr>
        <w:tc>
          <w:tcPr>
            <w:tcW w:w="1874" w:type="dxa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1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  <w:t>AED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學習操作情形</w:t>
            </w:r>
          </w:p>
        </w:tc>
        <w:tc>
          <w:tcPr>
            <w:tcW w:w="3116" w:type="dxa"/>
            <w:tcBorders>
              <w:top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napToGrid w:val="false"/>
              <w:spacing w:lineRule="auto" w:line="144"/>
              <w:textAlignment w:val="top"/>
              <w:rPr>
                <w:rFonts w:ascii="標楷體" w:hAnsi="標楷體" w:eastAsia="標楷體" w:cs="新細明體"/>
                <w:kern w:val="0"/>
                <w:sz w:val="24"/>
                <w:szCs w:val="24"/>
              </w:rPr>
            </w:pPr>
            <w:r>
              <w:rPr>
                <w:rFonts w:ascii="標楷體" w:hAnsi="標楷體" w:cs="新細明體" w:eastAsia="標楷體"/>
                <w:kern w:val="0"/>
                <w:sz w:val="24"/>
                <w:szCs w:val="24"/>
              </w:rPr>
              <w:t>一、受訓人員簽名</w:t>
            </w:r>
            <w:r>
              <w:rPr>
                <w:rFonts w:eastAsia="標楷體" w:cs="新細明體" w:ascii="標楷體" w:hAnsi="標楷體"/>
                <w:kern w:val="0"/>
                <w:sz w:val="24"/>
                <w:szCs w:val="24"/>
              </w:rPr>
              <w:t>:</w:t>
            </w:r>
          </w:p>
          <w:p>
            <w:pPr>
              <w:pStyle w:val="Normal"/>
              <w:widowControl/>
              <w:snapToGrid w:val="false"/>
              <w:spacing w:lineRule="auto" w:line="144"/>
              <w:textAlignment w:val="top"/>
              <w:rPr>
                <w:rFonts w:ascii="標楷體" w:hAnsi="標楷體" w:eastAsia="標楷體" w:cs="新細明體"/>
                <w:kern w:val="0"/>
                <w:sz w:val="24"/>
                <w:szCs w:val="24"/>
              </w:rPr>
            </w:pPr>
            <w:r>
              <w:rPr>
                <w:rFonts w:eastAsia="標楷體" w:cs="新細明體" w:ascii="標楷體" w:hAnsi="標楷體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snapToGrid w:val="false"/>
              <w:spacing w:lineRule="exact" w:line="500"/>
              <w:textAlignment w:val="top"/>
              <w:rPr>
                <w:rFonts w:ascii="標楷體" w:hAnsi="標楷體" w:eastAsia="標楷體" w:cs="新細明體"/>
                <w:kern w:val="0"/>
                <w:sz w:val="24"/>
                <w:szCs w:val="24"/>
              </w:rPr>
            </w:pPr>
            <w:r>
              <w:rPr>
                <w:rFonts w:ascii="標楷體" w:hAnsi="標楷體" w:cs="新細明體" w:eastAsia="標楷體"/>
                <w:kern w:val="0"/>
                <w:sz w:val="24"/>
                <w:szCs w:val="24"/>
              </w:rPr>
              <w:t>二、是否完成練習</w:t>
            </w:r>
            <w:r>
              <w:rPr>
                <w:rFonts w:eastAsia="標楷體" w:cs="新細明體" w:ascii="標楷體" w:hAnsi="標楷體"/>
                <w:kern w:val="0"/>
                <w:sz w:val="24"/>
                <w:szCs w:val="24"/>
              </w:rPr>
              <w:t xml:space="preserve">: </w:t>
            </w:r>
            <w:r>
              <w:rPr>
                <w:rFonts w:eastAsia="標楷體" w:cs="標楷體" w:ascii="標楷體" w:hAnsi="標楷體"/>
                <w:kern w:val="0"/>
                <w:sz w:val="20"/>
                <w:szCs w:val="20"/>
              </w:rPr>
              <w:t>□</w:t>
            </w:r>
            <w:r>
              <w:rPr>
                <w:rFonts w:ascii="標楷體" w:hAnsi="標楷體" w:cs="標楷體" w:eastAsia="標楷體"/>
                <w:kern w:val="0"/>
                <w:sz w:val="20"/>
                <w:szCs w:val="20"/>
              </w:rPr>
              <w:t>是□</w:t>
            </w:r>
            <w:r>
              <w:rPr>
                <w:rFonts w:ascii="標楷體" w:hAnsi="標楷體" w:cs="新細明體" w:eastAsia="標楷體"/>
                <w:kern w:val="0"/>
                <w:sz w:val="20"/>
                <w:szCs w:val="20"/>
              </w:rPr>
              <w:t>否</w:t>
            </w:r>
          </w:p>
          <w:p>
            <w:pPr>
              <w:pStyle w:val="Normal"/>
              <w:widowControl/>
              <w:snapToGrid w:val="false"/>
              <w:spacing w:lineRule="exact" w:line="500" w:before="0" w:after="200"/>
              <w:textAlignment w:val="top"/>
              <w:rPr>
                <w:rFonts w:ascii="標楷體" w:hAnsi="標楷體" w:eastAsia="標楷體" w:cs="新細明體"/>
                <w:kern w:val="0"/>
                <w:sz w:val="24"/>
                <w:szCs w:val="24"/>
              </w:rPr>
            </w:pPr>
            <w:r>
              <w:rPr>
                <w:rFonts w:ascii="標楷體" w:hAnsi="標楷體" w:cs="新細明體" w:eastAsia="標楷體"/>
                <w:kern w:val="0"/>
                <w:sz w:val="24"/>
                <w:szCs w:val="24"/>
              </w:rPr>
              <w:t>三、訓練人員簽名</w:t>
            </w:r>
            <w:r>
              <w:rPr>
                <w:rFonts w:eastAsia="標楷體" w:cs="新細明體" w:ascii="標楷體" w:hAnsi="標楷體"/>
                <w:kern w:val="0"/>
                <w:sz w:val="24"/>
                <w:szCs w:val="24"/>
              </w:rPr>
              <w:t>:</w:t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212" w:hRule="exact"/>
        </w:trPr>
        <w:tc>
          <w:tcPr>
            <w:tcW w:w="1874" w:type="dxa"/>
            <w:vMerge w:val="continue"/>
            <w:tcBorders>
              <w:top w:val="single" w:sz="4" w:space="0" w:color="00000A"/>
              <w:left w:val="single" w:sz="8" w:space="0" w:color="00000A"/>
              <w:bottom w:val="single" w:sz="4" w:space="0" w:color="000001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200"/>
              <w:rPr>
                <w:rFonts w:cs="新細明體"/>
                <w:kern w:val="0"/>
              </w:rPr>
            </w:pPr>
            <w:r>
              <w:rPr>
                <w:rFonts w:cs="新細明體"/>
                <w:kern w:val="0"/>
              </w:rPr>
            </w:r>
          </w:p>
        </w:tc>
        <w:tc>
          <w:tcPr>
            <w:tcW w:w="3116" w:type="dxa"/>
            <w:tcBorders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163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歸還日期：</w:t>
            </w:r>
          </w:p>
        </w:tc>
        <w:tc>
          <w:tcPr>
            <w:tcW w:w="3116" w:type="dxa"/>
            <w:tcBorders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歸還人簽名：</w:t>
            </w:r>
          </w:p>
        </w:tc>
        <w:tc>
          <w:tcPr>
            <w:tcW w:w="3116" w:type="dxa"/>
            <w:tcBorders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left w:val="single" w:sz="8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清點人簽名：</w:t>
            </w:r>
          </w:p>
        </w:tc>
        <w:tc>
          <w:tcPr>
            <w:tcW w:w="3116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spacing w:before="0" w:after="200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備</w:t>
            </w:r>
            <w:r>
              <w:rPr>
                <w:rFonts w:ascii="標楷體" w:hAnsi="標楷體" w:cs="Times New Roman" w:eastAsia="標楷體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註</w:t>
            </w:r>
          </w:p>
        </w:tc>
        <w:tc>
          <w:tcPr>
            <w:tcW w:w="3116" w:type="dxa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1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803" w:type="dxa"/>
            <w:gridSpan w:val="3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903" w:type="dxa"/>
            <w:gridSpan w:val="3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318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2589" w:type="dxa"/>
            <w:gridSpan w:val="3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bottom w:val="dashed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Cs w:val="36"/>
              </w:rPr>
            </w:r>
          </w:p>
        </w:tc>
        <w:tc>
          <w:tcPr>
            <w:tcW w:w="3162" w:type="dxa"/>
            <w:gridSpan w:val="5"/>
            <w:tcBorders>
              <w:bottom w:val="dashed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ind w:left="0" w:right="720" w:hanging="0"/>
              <w:rPr>
                <w:rFonts w:ascii="標楷體" w:hAnsi="標楷體" w:eastAsia="標楷體" w:cs="新細明體"/>
                <w:kern w:val="0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Cs w:val="36"/>
              </w:rPr>
            </w:r>
          </w:p>
        </w:tc>
        <w:tc>
          <w:tcPr>
            <w:tcW w:w="803" w:type="dxa"/>
            <w:gridSpan w:val="3"/>
            <w:tcBorders>
              <w:bottom w:val="dashed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Cs w:val="36"/>
              </w:rPr>
            </w:r>
          </w:p>
        </w:tc>
        <w:tc>
          <w:tcPr>
            <w:tcW w:w="1223" w:type="dxa"/>
            <w:gridSpan w:val="5"/>
            <w:tcBorders>
              <w:bottom w:val="dashed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2582" w:type="dxa"/>
            <w:tcBorders>
              <w:bottom w:val="dashed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Cs w:val="36"/>
              </w:rPr>
            </w:pPr>
            <w:r>
              <w:rPr>
                <w:rFonts w:eastAsia="標楷體" w:cs="新細明體" w:ascii="標楷體" w:hAnsi="標楷體"/>
                <w:kern w:val="0"/>
                <w:szCs w:val="36"/>
              </w:rPr>
            </w:r>
          </w:p>
        </w:tc>
      </w:tr>
      <w:tr>
        <w:trPr>
          <w:trHeight w:val="510" w:hRule="exact"/>
        </w:trPr>
        <w:tc>
          <w:tcPr>
            <w:tcW w:w="4994" w:type="dxa"/>
            <w:gridSpan w:val="3"/>
            <w:tcBorders/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1" w:type="dxa"/>
            <w:gridSpan w:val="2"/>
            <w:tcBorders/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3" w:type="dxa"/>
            <w:gridSpan w:val="3"/>
            <w:tcBorders/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03" w:type="dxa"/>
            <w:gridSpan w:val="3"/>
            <w:tcBorders/>
            <w:shd w:fill="FFFFFF" w:val="clear"/>
            <w:vAlign w:val="bottom"/>
          </w:tcPr>
          <w:p>
            <w:pPr>
              <w:pStyle w:val="Normal"/>
              <w:spacing w:before="0" w:after="20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318" w:type="dxa"/>
            <w:gridSpan w:val="2"/>
            <w:tcBorders/>
            <w:shd w:fill="FFFFFF" w:val="clear"/>
            <w:vAlign w:val="bottom"/>
          </w:tcPr>
          <w:p>
            <w:pPr>
              <w:pStyle w:val="Normal"/>
              <w:spacing w:before="0" w:after="200"/>
              <w:rPr>
                <w:rFonts w:eastAsia="標楷體"/>
              </w:rPr>
            </w:pPr>
            <w:r>
              <w:rPr>
                <w:rFonts w:eastAsia="標楷體"/>
              </w:rPr>
            </w:r>
          </w:p>
        </w:tc>
        <w:tc>
          <w:tcPr>
            <w:tcW w:w="2585" w:type="dxa"/>
            <w:gridSpan w:val="2"/>
            <w:tcBorders/>
            <w:shd w:fill="FFFFFF" w:val="clear"/>
            <w:vAlign w:val="bottom"/>
          </w:tcPr>
          <w:p>
            <w:pPr>
              <w:pStyle w:val="Normal"/>
              <w:bidi w:val="0"/>
              <w:spacing w:before="0" w:after="200"/>
              <w:rPr>
                <w:rFonts w:eastAsia="標楷體"/>
              </w:rPr>
            </w:pPr>
            <w:r>
              <w:rPr>
                <w:rFonts w:eastAsia="標楷體"/>
                <w:lang w:eastAsia="zh-TW"/>
              </w:rPr>
              <w:t xml:space="preserve">      </w:t>
            </w:r>
            <w:r>
              <w:rPr>
                <w:rFonts w:eastAsia="標楷體"/>
              </w:rPr>
              <w:t>借用單位收執聯</w:t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借用日期：</w:t>
            </w:r>
          </w:p>
        </w:tc>
        <w:tc>
          <w:tcPr>
            <w:tcW w:w="3116" w:type="dxa"/>
            <w:tcBorders>
              <w:top w:val="single" w:sz="8" w:space="0" w:color="00000A"/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活動資訊</w:t>
            </w:r>
          </w:p>
        </w:tc>
      </w:tr>
      <w:tr>
        <w:trPr>
          <w:trHeight w:val="510" w:hRule="exact"/>
        </w:trPr>
        <w:tc>
          <w:tcPr>
            <w:tcW w:w="187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借用單位：</w:t>
            </w:r>
          </w:p>
        </w:tc>
        <w:tc>
          <w:tcPr>
            <w:tcW w:w="3116" w:type="dxa"/>
            <w:tcBorders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tabs>
                <w:tab w:val="clear" w:pos="709"/>
                <w:tab w:val="left" w:pos="4020" w:leader="none"/>
              </w:tabs>
              <w:bidi w:val="0"/>
              <w:spacing w:lineRule="auto" w:line="276" w:before="0" w:after="200"/>
              <w:ind w:left="0" w:right="-1701" w:hanging="0"/>
              <w:jc w:val="left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restart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exact" w:line="7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活動名稱</w:t>
            </w:r>
            <w:r>
              <w:rPr>
                <w:rFonts w:eastAsia="標楷體" w:cs="新細明體" w:ascii="標楷體" w:hAnsi="標楷體"/>
                <w:kern w:val="0"/>
                <w:sz w:val="28"/>
                <w:szCs w:val="28"/>
                <w:lang w:eastAsia="zh-TW"/>
              </w:rPr>
              <w:t>:</w:t>
            </w:r>
          </w:p>
          <w:p>
            <w:pPr>
              <w:pStyle w:val="Normal"/>
              <w:widowControl/>
              <w:spacing w:lineRule="exact" w:line="7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  <w:lang w:eastAsia="zh-TW"/>
              </w:rPr>
              <w:t>日期</w:t>
            </w:r>
            <w:r>
              <w:rPr>
                <w:rFonts w:eastAsia="標楷體" w:cs="新細明體" w:ascii="標楷體" w:hAnsi="標楷體"/>
                <w:kern w:val="0"/>
                <w:sz w:val="28"/>
                <w:szCs w:val="28"/>
                <w:lang w:eastAsia="zh-TW"/>
              </w:rPr>
              <w:t xml:space="preserve">: </w:t>
            </w:r>
          </w:p>
          <w:p>
            <w:pPr>
              <w:pStyle w:val="Normal"/>
              <w:widowControl/>
              <w:snapToGrid w:val="false"/>
              <w:spacing w:lineRule="exact" w:line="700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活動地點</w:t>
            </w:r>
            <w:r>
              <w:rPr>
                <w:rFonts w:eastAsia="標楷體" w:cs="新細明體" w:ascii="標楷體" w:hAnsi="標楷體"/>
                <w:kern w:val="0"/>
                <w:sz w:val="28"/>
                <w:szCs w:val="28"/>
                <w:lang w:eastAsia="zh-TW"/>
              </w:rPr>
              <w:t>:</w:t>
            </w:r>
          </w:p>
          <w:p>
            <w:pPr>
              <w:pStyle w:val="Normal"/>
              <w:widowControl/>
              <w:snapToGrid w:val="false"/>
              <w:spacing w:lineRule="exact" w:line="700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活動內容</w:t>
            </w: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  <w:t>:</w:t>
            </w:r>
          </w:p>
          <w:p>
            <w:pPr>
              <w:pStyle w:val="Normal"/>
              <w:widowControl/>
              <w:snapToGrid w:val="false"/>
              <w:spacing w:lineRule="auto" w:line="163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bidi w:val="0"/>
              <w:snapToGrid w:val="false"/>
              <w:spacing w:lineRule="auto" w:line="276" w:before="0" w:after="200"/>
              <w:ind w:left="1701" w:right="0" w:firstLine="454"/>
              <w:jc w:val="left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  <w:p>
            <w:pPr>
              <w:pStyle w:val="Normal"/>
              <w:widowControl/>
              <w:snapToGrid w:val="false"/>
              <w:spacing w:before="0" w:after="200"/>
              <w:textAlignment w:val="top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</w:tc>
      </w:tr>
      <w:tr>
        <w:trPr>
          <w:trHeight w:val="701" w:hRule="exact"/>
        </w:trPr>
        <w:tc>
          <w:tcPr>
            <w:tcW w:w="1874" w:type="dxa"/>
            <w:tcBorders>
              <w:left w:val="single" w:sz="8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163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借用人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  <w:lang w:eastAsia="zh-TW"/>
              </w:rPr>
              <w:t>電話</w:t>
            </w:r>
          </w:p>
          <w:p>
            <w:pPr>
              <w:pStyle w:val="Normal"/>
              <w:widowControl/>
              <w:spacing w:lineRule="auto" w:line="163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  <w:lang w:eastAsia="zh-TW"/>
              </w:rPr>
              <w:t>姓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名</w:t>
            </w:r>
          </w:p>
        </w:tc>
        <w:tc>
          <w:tcPr>
            <w:tcW w:w="3116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lineRule="auto" w:line="163"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265" w:hRule="atLeast"/>
        </w:trPr>
        <w:tc>
          <w:tcPr>
            <w:tcW w:w="1874" w:type="dxa"/>
            <w:tcBorders>
              <w:top w:val="single" w:sz="4" w:space="0" w:color="00000A"/>
              <w:left w:val="single" w:sz="8" w:space="0" w:color="00000A"/>
              <w:bottom w:val="single" w:sz="4" w:space="0" w:color="000001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  <w:t>AED</w:t>
            </w: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學習操作情形</w:t>
            </w:r>
          </w:p>
        </w:tc>
        <w:tc>
          <w:tcPr>
            <w:tcW w:w="3116" w:type="dxa"/>
            <w:tcBorders>
              <w:top w:val="single" w:sz="4" w:space="0" w:color="00000A"/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napToGrid w:val="false"/>
              <w:spacing w:lineRule="auto" w:line="144"/>
              <w:textAlignment w:val="top"/>
              <w:rPr>
                <w:rFonts w:ascii="標楷體" w:hAnsi="標楷體" w:eastAsia="標楷體" w:cs="新細明體"/>
                <w:kern w:val="0"/>
                <w:sz w:val="24"/>
                <w:szCs w:val="24"/>
              </w:rPr>
            </w:pPr>
            <w:bookmarkStart w:id="1" w:name="__DdeLink__1055_3594176476"/>
            <w:r>
              <w:rPr>
                <w:rFonts w:ascii="標楷體" w:hAnsi="標楷體" w:cs="新細明體" w:eastAsia="標楷體"/>
                <w:kern w:val="0"/>
                <w:sz w:val="24"/>
                <w:szCs w:val="24"/>
              </w:rPr>
              <w:t>一、受訓人員簽名</w:t>
            </w:r>
            <w:r>
              <w:rPr>
                <w:rFonts w:eastAsia="標楷體" w:cs="新細明體" w:ascii="標楷體" w:hAnsi="標楷體"/>
                <w:kern w:val="0"/>
                <w:sz w:val="24"/>
                <w:szCs w:val="24"/>
              </w:rPr>
              <w:t>:</w:t>
            </w:r>
          </w:p>
          <w:p>
            <w:pPr>
              <w:pStyle w:val="Normal"/>
              <w:widowControl/>
              <w:snapToGrid w:val="false"/>
              <w:spacing w:lineRule="auto" w:line="144"/>
              <w:textAlignment w:val="top"/>
              <w:rPr>
                <w:rFonts w:ascii="標楷體" w:hAnsi="標楷體" w:eastAsia="標楷體" w:cs="新細明體"/>
                <w:kern w:val="0"/>
                <w:sz w:val="24"/>
                <w:szCs w:val="24"/>
              </w:rPr>
            </w:pPr>
            <w:r>
              <w:rPr>
                <w:rFonts w:eastAsia="標楷體" w:cs="新細明體" w:ascii="標楷體" w:hAnsi="標楷體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snapToGrid w:val="false"/>
              <w:spacing w:lineRule="exact" w:line="500"/>
              <w:textAlignment w:val="top"/>
              <w:rPr/>
            </w:pPr>
            <w:r>
              <w:rPr>
                <w:rFonts w:ascii="標楷體" w:hAnsi="標楷體" w:cs="新細明體" w:eastAsia="標楷體"/>
                <w:kern w:val="0"/>
                <w:sz w:val="24"/>
                <w:szCs w:val="24"/>
              </w:rPr>
              <w:t>二、是否完成練習</w:t>
            </w:r>
            <w:r>
              <w:rPr>
                <w:rFonts w:eastAsia="標楷體" w:cs="新細明體" w:ascii="標楷體" w:hAnsi="標楷體"/>
                <w:kern w:val="0"/>
                <w:sz w:val="24"/>
                <w:szCs w:val="24"/>
              </w:rPr>
              <w:t xml:space="preserve">: </w:t>
            </w:r>
            <w:r>
              <w:rPr>
                <w:rFonts w:eastAsia="標楷體" w:cs="標楷體" w:ascii="標楷體" w:hAnsi="標楷體"/>
                <w:kern w:val="0"/>
                <w:sz w:val="20"/>
                <w:szCs w:val="20"/>
              </w:rPr>
              <w:t>□</w:t>
            </w:r>
            <w:r>
              <w:rPr>
                <w:rFonts w:ascii="標楷體" w:hAnsi="標楷體" w:cs="標楷體" w:eastAsia="標楷體"/>
                <w:kern w:val="0"/>
                <w:sz w:val="20"/>
                <w:szCs w:val="20"/>
              </w:rPr>
              <w:t>是□</w:t>
            </w:r>
            <w:r>
              <w:rPr>
                <w:rFonts w:ascii="標楷體" w:hAnsi="標楷體" w:cs="新細明體" w:eastAsia="標楷體"/>
                <w:kern w:val="0"/>
                <w:sz w:val="20"/>
                <w:szCs w:val="20"/>
              </w:rPr>
              <w:t>否</w:t>
            </w:r>
          </w:p>
          <w:p>
            <w:pPr>
              <w:pStyle w:val="Normal"/>
              <w:widowControl/>
              <w:snapToGrid w:val="false"/>
              <w:spacing w:lineRule="exact" w:line="500" w:before="0" w:after="200"/>
              <w:textAlignment w:val="top"/>
              <w:rPr>
                <w:rFonts w:ascii="標楷體" w:hAnsi="標楷體" w:eastAsia="標楷體" w:cs="新細明體"/>
                <w:kern w:val="0"/>
                <w:sz w:val="24"/>
                <w:szCs w:val="24"/>
              </w:rPr>
            </w:pPr>
            <w:r>
              <w:rPr>
                <w:rFonts w:ascii="標楷體" w:hAnsi="標楷體" w:cs="新細明體" w:eastAsia="標楷體"/>
                <w:kern w:val="0"/>
                <w:sz w:val="24"/>
                <w:szCs w:val="24"/>
              </w:rPr>
              <w:t>三、訓練人員簽名</w:t>
            </w:r>
            <w:r>
              <w:rPr>
                <w:rFonts w:eastAsia="標楷體" w:cs="新細明體" w:ascii="標楷體" w:hAnsi="標楷體"/>
                <w:kern w:val="0"/>
                <w:sz w:val="24"/>
                <w:szCs w:val="24"/>
              </w:rPr>
              <w:t>:</w:t>
            </w:r>
            <w:bookmarkEnd w:id="1"/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18" w:hRule="exact"/>
        </w:trPr>
        <w:tc>
          <w:tcPr>
            <w:tcW w:w="187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歸還日期：</w:t>
            </w:r>
          </w:p>
        </w:tc>
        <w:tc>
          <w:tcPr>
            <w:tcW w:w="3116" w:type="dxa"/>
            <w:tcBorders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163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eastAsia="標楷體" w:cs="新細明體" w:ascii="標楷體" w:hAnsi="標楷體"/>
                <w:kern w:val="0"/>
                <w:sz w:val="28"/>
                <w:szCs w:val="28"/>
              </w:rPr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12" w:hRule="exact"/>
        </w:trPr>
        <w:tc>
          <w:tcPr>
            <w:tcW w:w="1874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歸還人簽名：</w:t>
            </w:r>
          </w:p>
        </w:tc>
        <w:tc>
          <w:tcPr>
            <w:tcW w:w="3116" w:type="dxa"/>
            <w:tcBorders>
              <w:bottom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575" w:hRule="exact"/>
        </w:trPr>
        <w:tc>
          <w:tcPr>
            <w:tcW w:w="1874" w:type="dxa"/>
            <w:tcBorders>
              <w:left w:val="single" w:sz="8" w:space="0" w:color="00000A"/>
              <w:right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spacing w:lineRule="auto" w:line="240" w:before="0" w:after="200"/>
              <w:rPr>
                <w:rFonts w:ascii="標楷體" w:hAnsi="標楷體" w:eastAsia="標楷體" w:cs="新細明體"/>
                <w:kern w:val="0"/>
                <w:sz w:val="28"/>
                <w:szCs w:val="28"/>
              </w:rPr>
            </w:pPr>
            <w:r>
              <w:rPr>
                <w:rFonts w:ascii="標楷體" w:hAnsi="標楷體" w:cs="新細明體" w:eastAsia="標楷體"/>
                <w:kern w:val="0"/>
                <w:sz w:val="28"/>
                <w:szCs w:val="28"/>
              </w:rPr>
              <w:t>清點人簽名：</w:t>
            </w:r>
          </w:p>
        </w:tc>
        <w:tc>
          <w:tcPr>
            <w:tcW w:w="3116" w:type="dxa"/>
            <w:tcBorders/>
            <w:shd w:fill="FFFFFF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標楷體" w:hAnsi="標楷體" w:eastAsia="標楷體" w:cs="新細明體"/>
                <w:kern w:val="0"/>
                <w:sz w:val="36"/>
                <w:szCs w:val="36"/>
              </w:rPr>
            </w:pPr>
            <w:r>
              <w:rPr>
                <w:rFonts w:ascii="標楷體" w:hAnsi="標楷體" w:cs="新細明體" w:eastAsia="標楷體"/>
                <w:kern w:val="0"/>
                <w:sz w:val="36"/>
                <w:szCs w:val="36"/>
              </w:rPr>
              <w:t>　</w:t>
            </w:r>
          </w:p>
        </w:tc>
        <w:tc>
          <w:tcPr>
            <w:tcW w:w="4654" w:type="dxa"/>
            <w:gridSpan w:val="13"/>
            <w:vMerge w:val="continue"/>
            <w:tcBorders>
              <w:left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75" w:hRule="exact"/>
        </w:trPr>
        <w:tc>
          <w:tcPr>
            <w:tcW w:w="18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eastAsia="標楷體"/>
              </w:rPr>
            </w:pPr>
            <w:r>
              <w:rPr>
                <w:rFonts w:eastAsia="標楷體"/>
              </w:rPr>
              <w:t>備      註</w:t>
            </w:r>
          </w:p>
        </w:tc>
        <w:tc>
          <w:tcPr>
            <w:tcW w:w="3116" w:type="dxa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　</w:t>
            </w:r>
          </w:p>
        </w:tc>
        <w:tc>
          <w:tcPr>
            <w:tcW w:w="41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　</w:t>
            </w:r>
          </w:p>
        </w:tc>
        <w:tc>
          <w:tcPr>
            <w:tcW w:w="803" w:type="dxa"/>
            <w:gridSpan w:val="3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　</w:t>
            </w:r>
          </w:p>
        </w:tc>
        <w:tc>
          <w:tcPr>
            <w:tcW w:w="903" w:type="dxa"/>
            <w:gridSpan w:val="3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　</w:t>
            </w:r>
          </w:p>
        </w:tc>
        <w:tc>
          <w:tcPr>
            <w:tcW w:w="318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　</w:t>
            </w:r>
          </w:p>
        </w:tc>
        <w:tc>
          <w:tcPr>
            <w:tcW w:w="2589" w:type="dxa"/>
            <w:gridSpan w:val="3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fill="FFFFFF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　</w:t>
            </w:r>
          </w:p>
        </w:tc>
      </w:tr>
    </w:tbl>
    <w:p>
      <w:pPr>
        <w:pStyle w:val="2"/>
        <w:rPr>
          <w:rFonts w:ascii="標楷體" w:hAnsi="標楷體" w:eastAsia="標楷體"/>
          <w:color w:val="000000"/>
          <w:sz w:val="32"/>
          <w:szCs w:val="32"/>
          <w:lang w:eastAsia="zh-TW"/>
        </w:rPr>
      </w:pPr>
      <w:r>
        <w:br w:type="page"/>
      </w:r>
      <w:r>
        <w:rPr/>
      </w:r>
    </w:p>
    <w:sectPr>
      <w:type w:val="nextPage"/>
      <w:pgSz w:w="12240" w:h="15840"/>
      <w:pgMar w:left="1134" w:right="1134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mbria">
    <w:charset w:val="88"/>
    <w:family w:val="roman"/>
    <w:pitch w:val="variable"/>
  </w:font>
  <w:font w:name="Calibri">
    <w:charset w:val="88"/>
    <w:family w:val="roman"/>
    <w:pitch w:val="variable"/>
  </w:font>
  <w:font w:name="Courier">
    <w:altName w:val="Courier New"/>
    <w:charset w:val="88"/>
    <w:family w:val="roman"/>
    <w:pitch w:val="variable"/>
  </w:font>
  <w:font w:name="Wingdings">
    <w:charset w:val="88"/>
    <w:family w:val="roman"/>
    <w:pitch w:val="variable"/>
  </w:font>
  <w:font w:name="標楷體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Arial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思源黑體 TW"/>
        <w:kern w:val="2"/>
        <w:szCs w:val="24"/>
        <w:lang w:val="en-US" w:eastAsia="zh-TW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overflowPunct w:val="true"/>
      <w:bidi w:val="0"/>
      <w:spacing w:lineRule="auto" w:line="276" w:before="0" w:after="200"/>
      <w:jc w:val="left"/>
    </w:pPr>
    <w:rPr>
      <w:rFonts w:ascii="Cambria" w:hAnsi="Cambria" w:eastAsia="ＭＳ 明朝" w:cs="新細明體" w:asciiTheme="minorHAnsi" w:cstheme="minorBidi" w:eastAsiaTheme="minorEastAsia" w:hAnsiTheme="minorHAnsi"/>
      <w:color w:val="auto"/>
      <w:kern w:val="0"/>
      <w:sz w:val="24"/>
      <w:szCs w:val="22"/>
      <w:lang w:val="en-US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新細明體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2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新細明體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2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新細明體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新細明體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新細明體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新細明體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新細明體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新細明體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新細明體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5" w:customStyle="1">
    <w:name w:val="頁首 字元"/>
    <w:basedOn w:val="DefaultParagraphFont"/>
    <w:link w:val="a5"/>
    <w:uiPriority w:val="99"/>
    <w:qFormat/>
    <w:rsid w:val="00e618bf"/>
    <w:rPr/>
  </w:style>
  <w:style w:type="character" w:styleId="Style6" w:customStyle="1">
    <w:name w:val="頁尾 字元"/>
    <w:basedOn w:val="DefaultParagraphFont"/>
    <w:link w:val="a7"/>
    <w:uiPriority w:val="99"/>
    <w:qFormat/>
    <w:rsid w:val="00e618bf"/>
    <w:rPr/>
  </w:style>
  <w:style w:type="character" w:styleId="11" w:customStyle="1">
    <w:name w:val="標題 1 字元"/>
    <w:basedOn w:val="DefaultParagraphFont"/>
    <w:link w:val="1"/>
    <w:uiPriority w:val="9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標題 2 字元"/>
    <w:basedOn w:val="DefaultParagraphFont"/>
    <w:link w:val="21"/>
    <w:uiPriority w:val="9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標題 3 字元"/>
    <w:basedOn w:val="DefaultParagraphFont"/>
    <w:link w:val="31"/>
    <w:uiPriority w:val="9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b/>
      <w:bCs/>
      <w:color w:val="4F81BD" w:themeColor="accent1"/>
    </w:rPr>
  </w:style>
  <w:style w:type="character" w:styleId="Style7" w:customStyle="1">
    <w:name w:val="標題 字元"/>
    <w:basedOn w:val="DefaultParagraphFont"/>
    <w:link w:val="aa"/>
    <w:uiPriority w:val="10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8" w:customStyle="1">
    <w:name w:val="副標題 字元"/>
    <w:basedOn w:val="DefaultParagraphFont"/>
    <w:link w:val="ac"/>
    <w:uiPriority w:val="11"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9" w:customStyle="1">
    <w:name w:val="本文 字元"/>
    <w:basedOn w:val="DefaultParagraphFont"/>
    <w:link w:val="af"/>
    <w:uiPriority w:val="99"/>
    <w:qFormat/>
    <w:rsid w:val="00aa1d8d"/>
    <w:rPr/>
  </w:style>
  <w:style w:type="character" w:styleId="22" w:customStyle="1">
    <w:name w:val="本文 2 字元"/>
    <w:basedOn w:val="DefaultParagraphFont"/>
    <w:link w:val="23"/>
    <w:uiPriority w:val="99"/>
    <w:qFormat/>
    <w:rsid w:val="00aa1d8d"/>
    <w:rPr/>
  </w:style>
  <w:style w:type="character" w:styleId="32" w:customStyle="1">
    <w:name w:val="本文 3 字元"/>
    <w:basedOn w:val="DefaultParagraphFont"/>
    <w:link w:val="33"/>
    <w:uiPriority w:val="99"/>
    <w:qFormat/>
    <w:rsid w:val="00aa1d8d"/>
    <w:rPr>
      <w:sz w:val="16"/>
      <w:szCs w:val="16"/>
    </w:rPr>
  </w:style>
  <w:style w:type="character" w:styleId="Style10" w:customStyle="1">
    <w:name w:val="巨集文字 字元"/>
    <w:basedOn w:val="DefaultParagraphFont"/>
    <w:link w:val="af3"/>
    <w:uiPriority w:val="99"/>
    <w:qFormat/>
    <w:rsid w:val="0029639d"/>
    <w:rPr>
      <w:rFonts w:ascii="Courier" w:hAnsi="Courier"/>
      <w:sz w:val="20"/>
      <w:szCs w:val="20"/>
    </w:rPr>
  </w:style>
  <w:style w:type="character" w:styleId="Style11" w:customStyle="1">
    <w:name w:val="引文 字元"/>
    <w:basedOn w:val="DefaultParagraphFont"/>
    <w:link w:val="af5"/>
    <w:uiPriority w:val="29"/>
    <w:qFormat/>
    <w:rsid w:val="00fc693f"/>
    <w:rPr>
      <w:i/>
      <w:iCs/>
      <w:color w:val="000000" w:themeColor="text1"/>
    </w:rPr>
  </w:style>
  <w:style w:type="character" w:styleId="41" w:customStyle="1">
    <w:name w:val="標題 4 字元"/>
    <w:basedOn w:val="DefaultParagraphFont"/>
    <w:link w:val="4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51" w:customStyle="1">
    <w:name w:val="標題 5 字元"/>
    <w:basedOn w:val="DefaultParagraphFont"/>
    <w:link w:val="5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color w:val="243F60" w:themeColor="accent1" w:themeShade="7f"/>
    </w:rPr>
  </w:style>
  <w:style w:type="character" w:styleId="61" w:customStyle="1">
    <w:name w:val="標題 6 字元"/>
    <w:basedOn w:val="DefaultParagraphFont"/>
    <w:link w:val="6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i/>
      <w:iCs/>
      <w:color w:val="243F60" w:themeColor="accent1" w:themeShade="7f"/>
    </w:rPr>
  </w:style>
  <w:style w:type="character" w:styleId="71" w:customStyle="1">
    <w:name w:val="標題 7 字元"/>
    <w:basedOn w:val="DefaultParagraphFont"/>
    <w:link w:val="7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i/>
      <w:iCs/>
      <w:color w:val="404040" w:themeColor="text1" w:themeTint="bf"/>
    </w:rPr>
  </w:style>
  <w:style w:type="character" w:styleId="81" w:customStyle="1">
    <w:name w:val="標題 8 字元"/>
    <w:basedOn w:val="DefaultParagraphFont"/>
    <w:link w:val="8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91" w:customStyle="1">
    <w:name w:val="標題 9 字元"/>
    <w:basedOn w:val="DefaultParagraphFont"/>
    <w:link w:val="9"/>
    <w:uiPriority w:val="9"/>
    <w:semiHidden/>
    <w:qFormat/>
    <w:rsid w:val="00fc693f"/>
    <w:rPr>
      <w:rFonts w:ascii="Calibri" w:hAnsi="Calibri" w:eastAsia="ＭＳ ゴシック" w:cs="新細明體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Style12">
    <w:name w:val="強調"/>
    <w:basedOn w:val="DefaultParagraphFont"/>
    <w:uiPriority w:val="20"/>
    <w:qFormat/>
    <w:rsid w:val="00fc693f"/>
    <w:rPr>
      <w:i/>
      <w:iCs/>
    </w:rPr>
  </w:style>
  <w:style w:type="character" w:styleId="Style13" w:customStyle="1">
    <w:name w:val="鮮明引文 字元"/>
    <w:basedOn w:val="DefaultParagraphFont"/>
    <w:link w:val="afa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Style14">
    <w:name w:val="註解參照"/>
    <w:qFormat/>
    <w:rPr>
      <w:sz w:val="18"/>
      <w:szCs w:val="18"/>
    </w:rPr>
  </w:style>
  <w:style w:type="character" w:styleId="Style15">
    <w:name w:val="預設段落字型"/>
    <w:qFormat/>
    <w:rPr/>
  </w:style>
  <w:style w:type="character" w:styleId="WW8Num1z1">
    <w:name w:val="WW8Num1z1"/>
    <w:qFormat/>
    <w:rPr>
      <w:rFonts w:ascii="Wingdings" w:hAnsi="Wingdings" w:cs="Wingdings"/>
    </w:rPr>
  </w:style>
  <w:style w:type="character" w:styleId="WW8Num1z0">
    <w:name w:val="WW8Num1z0"/>
    <w:qFormat/>
    <w:rPr>
      <w:rFonts w:ascii="標楷體" w:hAnsi="標楷體" w:eastAsia="標楷體" w:cs="Times New Roman"/>
    </w:rPr>
  </w:style>
  <w:style w:type="character" w:styleId="Style16">
    <w:name w:val="註腳字元"/>
    <w:qFormat/>
    <w:rPr/>
  </w:style>
  <w:style w:type="character" w:styleId="Style17">
    <w:name w:val="尾註字元"/>
    <w:qFormat/>
    <w:rPr/>
  </w:style>
  <w:style w:type="character" w:styleId="Style18">
    <w:name w:val="網際網路連結"/>
    <w:rPr>
      <w:color w:val="000080"/>
      <w:u w:val="single"/>
      <w:lang w:val="zxx" w:eastAsia="zxx" w:bidi="zxx"/>
    </w:rPr>
  </w:style>
  <w:style w:type="character" w:styleId="Style19">
    <w:name w:val="訪問過的網際網路連結"/>
    <w:rPr>
      <w:color w:val="800000"/>
      <w:u w:val="single"/>
      <w:lang w:val="zxx" w:eastAsia="zxx" w:bidi="zxx"/>
    </w:rPr>
  </w:style>
  <w:style w:type="paragraph" w:styleId="Style20">
    <w:name w:val="標題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微軟正黑體" w:cs="思源黑體 TW"/>
      <w:sz w:val="28"/>
      <w:szCs w:val="28"/>
    </w:rPr>
  </w:style>
  <w:style w:type="paragraph" w:styleId="Style21">
    <w:name w:val="Body Text"/>
    <w:basedOn w:val="Normal"/>
    <w:link w:val="af0"/>
    <w:uiPriority w:val="99"/>
    <w:unhideWhenUsed/>
    <w:rsid w:val="00aa1d8d"/>
    <w:pPr>
      <w:spacing w:before="0" w:after="120"/>
    </w:pPr>
    <w:rPr/>
  </w:style>
  <w:style w:type="paragraph" w:styleId="Style22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思源黑體 TW"/>
      <w:i/>
      <w:iCs/>
      <w:sz w:val="24"/>
      <w:szCs w:val="24"/>
    </w:rPr>
  </w:style>
  <w:style w:type="paragraph" w:styleId="Style24">
    <w:name w:val="索引"/>
    <w:basedOn w:val="Normal"/>
    <w:qFormat/>
    <w:pPr>
      <w:suppressLineNumbers/>
    </w:pPr>
    <w:rPr>
      <w:rFonts w:cs="思源黑體 TW"/>
    </w:rPr>
  </w:style>
  <w:style w:type="paragraph" w:styleId="Style25">
    <w:name w:val="Header"/>
    <w:basedOn w:val="Normal"/>
    <w:link w:val="a6"/>
    <w:uiPriority w:val="99"/>
    <w:unhideWhenUsed/>
    <w:rsid w:val="00e618bf"/>
    <w:pPr>
      <w:tabs>
        <w:tab w:val="clear" w:pos="709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8"/>
    <w:uiPriority w:val="99"/>
    <w:unhideWhenUsed/>
    <w:rsid w:val="00e618bf"/>
    <w:pPr>
      <w:tabs>
        <w:tab w:val="clear" w:pos="709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overflowPunct w:val="true"/>
      <w:bidi w:val="0"/>
      <w:spacing w:lineRule="auto" w:line="240" w:before="0" w:after="0"/>
      <w:jc w:val="left"/>
    </w:pPr>
    <w:rPr>
      <w:rFonts w:ascii="Cambria" w:hAnsi="Cambria" w:eastAsia="ＭＳ 明朝" w:cs="新細明體" w:asciiTheme="minorHAnsi" w:cstheme="minorBidi" w:eastAsiaTheme="minorEastAsia" w:hAnsiTheme="minorHAnsi"/>
      <w:color w:val="auto"/>
      <w:kern w:val="0"/>
      <w:sz w:val="24"/>
      <w:szCs w:val="22"/>
      <w:lang w:val="en-US" w:eastAsia="en-US" w:bidi="ar-SA"/>
    </w:rPr>
  </w:style>
  <w:style w:type="paragraph" w:styleId="Style27">
    <w:name w:val="Title"/>
    <w:basedOn w:val="Normal"/>
    <w:next w:val="Normal"/>
    <w:link w:val="ab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新細明體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28">
    <w:name w:val="Subtitle"/>
    <w:basedOn w:val="Normal"/>
    <w:next w:val="Normal"/>
    <w:link w:val="ad"/>
    <w:uiPriority w:val="11"/>
    <w:qFormat/>
    <w:rsid w:val="00fc693f"/>
    <w:pPr/>
    <w:rPr>
      <w:rFonts w:ascii="Calibri" w:hAnsi="Calibri" w:eastAsia="ＭＳ ゴシック" w:cs="新細明體" w:asciiTheme="majorHAnsi" w:cstheme="majorBidi" w:eastAsiaTheme="majorEastAsia" w:hAnsiTheme="majorHAnsi"/>
      <w:i/>
      <w:iCs/>
      <w:color w:val="4F81BD" w:themeColor="accent1"/>
      <w:spacing w:val="15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24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34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af4"/>
    <w:uiPriority w:val="99"/>
    <w:unhideWhenUsed/>
    <w:qFormat/>
    <w:rsid w:val="0029639d"/>
    <w:pPr>
      <w:widowControl/>
      <w:tabs>
        <w:tab w:val="clear" w:pos="709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overflowPunct w:val="true"/>
      <w:bidi w:val="0"/>
      <w:spacing w:lineRule="auto" w:line="276" w:before="0" w:after="200"/>
      <w:jc w:val="left"/>
    </w:pPr>
    <w:rPr>
      <w:rFonts w:ascii="Courier" w:hAnsi="Courier" w:eastAsia="ＭＳ 明朝" w:cs="新細明體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af6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afb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1"/>
    <w:next w:val="Normal"/>
    <w:uiPriority w:val="39"/>
    <w:semiHidden/>
    <w:unhideWhenUsed/>
    <w:qFormat/>
    <w:rsid w:val="00fc693f"/>
    <w:pPr/>
    <w:rPr/>
  </w:style>
  <w:style w:type="paragraph" w:styleId="Style29">
    <w:name w:val="表格內容"/>
    <w:basedOn w:val="Normal"/>
    <w:qFormat/>
    <w:pPr>
      <w:suppressLineNumbers/>
    </w:pPr>
    <w:rPr/>
  </w:style>
  <w:style w:type="paragraph" w:styleId="Style30">
    <w:name w:val="表格標題"/>
    <w:basedOn w:val="Style29"/>
    <w:qFormat/>
    <w:pPr>
      <w:suppressLineNumbers/>
      <w:jc w:val="center"/>
    </w:pPr>
    <w:rPr>
      <w:b/>
      <w:bCs/>
    </w:rPr>
  </w:style>
  <w:style w:type="paragraph" w:styleId="Style31">
    <w:name w:val="外框內容"/>
    <w:basedOn w:val="Normal"/>
    <w:qFormat/>
    <w:pPr/>
    <w:rPr/>
  </w:style>
  <w:style w:type="paragraph" w:styleId="Style32">
    <w:name w:val="註解主旨"/>
    <w:basedOn w:val="Style33"/>
    <w:next w:val="Style33"/>
    <w:qFormat/>
    <w:pPr/>
    <w:rPr>
      <w:b/>
      <w:bCs/>
    </w:rPr>
  </w:style>
  <w:style w:type="paragraph" w:styleId="Style33">
    <w:name w:val="註解文字"/>
    <w:basedOn w:val="Normal"/>
    <w:qFormat/>
    <w:pPr/>
    <w:rPr/>
  </w:style>
  <w:style w:type="paragraph" w:styleId="Style34">
    <w:name w:val="註解方塊文字"/>
    <w:basedOn w:val="Normal"/>
    <w:qFormat/>
    <w:pPr/>
    <w:rPr>
      <w:rFonts w:ascii="Arial" w:hAnsi="Arial" w:cs="Arial"/>
      <w:sz w:val="18"/>
      <w:szCs w:val="18"/>
    </w:rPr>
  </w:style>
  <w:style w:type="paragraph" w:styleId="Style35">
    <w:name w:val="日期"/>
    <w:basedOn w:val="Normal"/>
    <w:next w:val="Normal"/>
    <w:qFormat/>
    <w:pPr>
      <w:jc w:val="right"/>
    </w:pPr>
    <w:rPr/>
  </w:style>
  <w:style w:type="paragraph" w:styleId="Style36">
    <w:name w:val="清單內容"/>
    <w:basedOn w:val="Normal"/>
    <w:qFormat/>
    <w:pPr>
      <w:ind w:left="567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NDC_ODF_Application_Tools/2.0.4$Windows_X86_64 LibreOffice_project/ace8b54cb4771cd6636f2ccb1aac7c9dad875112</Application>
  <Pages>2</Pages>
  <Words>223</Words>
  <Characters>231</Characters>
  <CharactersWithSpaces>290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zh-TW</dc:language>
  <cp:lastModifiedBy/>
  <cp:lastPrinted>2025-11-18T13:09:45Z</cp:lastPrinted>
  <dcterms:modified xsi:type="dcterms:W3CDTF">2025-11-27T08:09:40Z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