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200" w:after="0"/>
        <w:rPr>
          <w:rFonts w:ascii="標楷體" w:hAnsi="標楷體" w:eastAsia="標楷體"/>
        </w:rPr>
      </w:pPr>
      <w:r>
        <w:rPr>
          <w:rFonts w:ascii="標楷體" w:hAnsi="標楷體" w:eastAsia="標楷體"/>
          <w:color w:val="000000"/>
          <w:sz w:val="32"/>
          <w:szCs w:val="32"/>
          <w:lang w:eastAsia="zh-TW"/>
        </w:rPr>
        <w:t>附件二：</w:t>
      </w:r>
      <w:r>
        <w:rPr>
          <w:rFonts w:eastAsia="標楷體" w:ascii="標楷體" w:hAnsi="標楷體"/>
          <w:color w:val="000000"/>
          <w:sz w:val="32"/>
          <w:szCs w:val="32"/>
          <w:lang w:eastAsia="zh-TW"/>
        </w:rPr>
        <w:t>AED</w:t>
      </w:r>
      <w:r>
        <w:rPr>
          <w:rFonts w:ascii="標楷體" w:hAnsi="標楷體" w:eastAsia="標楷體"/>
          <w:color w:val="000000"/>
          <w:sz w:val="32"/>
          <w:szCs w:val="32"/>
          <w:lang w:eastAsia="zh-TW"/>
        </w:rPr>
        <w:t>借用責任切結書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>
          <w:rFonts w:ascii="標楷體" w:hAnsi="標楷體" w:eastAsia="標楷體"/>
          <w:sz w:val="32"/>
          <w:szCs w:val="32"/>
        </w:rPr>
      </w:pPr>
      <w:r>
        <w:rPr>
          <w:rFonts w:ascii="標楷體" w:hAnsi="標楷體" w:eastAsia="標楷體"/>
          <w:color w:val="000000"/>
          <w:sz w:val="32"/>
          <w:szCs w:val="32"/>
          <w:lang w:eastAsia="zh-TW"/>
        </w:rPr>
        <w:t>本人（單位）</w:t>
      </w:r>
      <w:r>
        <w:rPr>
          <w:rFonts w:eastAsia="標楷體" w:ascii="標楷體" w:hAnsi="標楷體"/>
          <w:color w:val="000000"/>
          <w:sz w:val="32"/>
          <w:szCs w:val="32"/>
          <w:lang w:eastAsia="zh-TW"/>
        </w:rPr>
        <w:t xml:space="preserve">__________________ </w:t>
      </w:r>
      <w:r>
        <w:rPr>
          <w:rFonts w:ascii="標楷體" w:hAnsi="標楷體" w:eastAsia="標楷體"/>
          <w:color w:val="000000"/>
          <w:sz w:val="32"/>
          <w:szCs w:val="32"/>
          <w:lang w:eastAsia="zh-TW"/>
        </w:rPr>
        <w:t>承諾於借用期間妥善保管</w:t>
      </w:r>
    </w:p>
    <w:p>
      <w:pPr>
        <w:pStyle w:val="Normal"/>
        <w:spacing w:before="0" w:after="200"/>
        <w:rPr>
          <w:rFonts w:ascii="標楷體" w:hAnsi="標楷體" w:eastAsia="標楷體"/>
          <w:sz w:val="32"/>
          <w:szCs w:val="32"/>
        </w:rPr>
      </w:pPr>
      <w:r>
        <w:rPr>
          <w:rFonts w:eastAsia="標楷體" w:ascii="標楷體" w:hAnsi="標楷體"/>
          <w:color w:val="000000"/>
          <w:sz w:val="32"/>
          <w:szCs w:val="32"/>
          <w:lang w:eastAsia="zh-TW"/>
        </w:rPr>
        <w:t>AED</w:t>
      </w:r>
      <w:r>
        <w:rPr>
          <w:rFonts w:ascii="標楷體" w:hAnsi="標楷體" w:eastAsia="標楷體"/>
          <w:color w:val="000000"/>
          <w:sz w:val="32"/>
          <w:szCs w:val="32"/>
          <w:lang w:eastAsia="zh-TW"/>
        </w:rPr>
        <w:t>設備，僅供緊急救護使用，若因保管疏失導致遺失或損壞，</w:t>
      </w:r>
    </w:p>
    <w:p>
      <w:pPr>
        <w:pStyle w:val="Normal"/>
        <w:spacing w:before="0" w:after="200"/>
        <w:rPr>
          <w:rFonts w:ascii="標楷體" w:hAnsi="標楷體" w:eastAsia="標楷體"/>
          <w:sz w:val="32"/>
          <w:szCs w:val="32"/>
        </w:rPr>
      </w:pPr>
      <w:r>
        <w:rPr>
          <w:rFonts w:ascii="標楷體" w:hAnsi="標楷體" w:eastAsia="標楷體"/>
          <w:color w:val="000000"/>
          <w:sz w:val="32"/>
          <w:szCs w:val="32"/>
          <w:lang w:eastAsia="zh-TW"/>
        </w:rPr>
        <w:t>願依規定負責賠償或報修，並遵守相關管理辦法。</w:t>
      </w:r>
      <w:r>
        <w:rPr>
          <w:rFonts w:eastAsia="標楷體" w:ascii="標楷體" w:hAnsi="標楷體"/>
          <w:color w:val="000000"/>
          <w:sz w:val="32"/>
          <w:szCs w:val="32"/>
          <w:lang w:eastAsia="zh-TW"/>
        </w:rPr>
        <w:br/>
      </w:r>
    </w:p>
    <w:p>
      <w:pPr>
        <w:pStyle w:val="Normal"/>
        <w:spacing w:before="0" w:after="200"/>
        <w:rPr>
          <w:color w:val="000000"/>
          <w:lang w:eastAsia="zh-TW"/>
        </w:rPr>
      </w:pPr>
      <w:r>
        <w:rPr>
          <w:color w:val="000000"/>
          <w:lang w:eastAsia="zh-TW"/>
        </w:rPr>
      </w:r>
    </w:p>
    <w:p>
      <w:pPr>
        <w:pStyle w:val="Normal"/>
        <w:spacing w:before="0" w:after="200"/>
        <w:rPr>
          <w:color w:val="000000"/>
          <w:lang w:eastAsia="zh-TW"/>
        </w:rPr>
      </w:pPr>
      <w:r>
        <w:rPr>
          <w:color w:val="000000"/>
          <w:lang w:eastAsia="zh-TW"/>
        </w:rPr>
      </w:r>
    </w:p>
    <w:p>
      <w:pPr>
        <w:pStyle w:val="Normal"/>
        <w:spacing w:before="0" w:after="200"/>
        <w:rPr>
          <w:rFonts w:ascii="標楷體" w:hAnsi="標楷體" w:eastAsia="標楷體"/>
          <w:sz w:val="32"/>
          <w:szCs w:val="32"/>
        </w:rPr>
      </w:pPr>
      <w:r>
        <w:rPr>
          <w:rFonts w:eastAsia="標楷體" w:ascii="標楷體" w:hAnsi="標楷體"/>
          <w:color w:val="000000"/>
          <w:sz w:val="32"/>
          <w:szCs w:val="32"/>
          <w:lang w:eastAsia="zh-TW"/>
        </w:rPr>
        <w:br/>
      </w:r>
      <w:r>
        <w:rPr>
          <w:rFonts w:ascii="標楷體" w:hAnsi="標楷體" w:eastAsia="標楷體"/>
          <w:color w:val="000000"/>
          <w:sz w:val="32"/>
          <w:szCs w:val="32"/>
        </w:rPr>
        <w:t>借用單位名稱：</w:t>
      </w:r>
      <w:r>
        <w:rPr>
          <w:rFonts w:eastAsia="標楷體" w:ascii="標楷體" w:hAnsi="標楷體"/>
          <w:color w:val="000000"/>
          <w:sz w:val="32"/>
          <w:szCs w:val="32"/>
          <w:u w:val="single"/>
        </w:rPr>
        <w:t>_______</w:t>
      </w:r>
      <w:r>
        <w:rPr>
          <w:rFonts w:eastAsia="標楷體" w:ascii="標楷體" w:hAnsi="標楷體"/>
          <w:color w:val="000000"/>
          <w:sz w:val="32"/>
          <w:szCs w:val="32"/>
          <w:u w:val="single"/>
          <w:lang w:eastAsia="zh-TW"/>
        </w:rPr>
        <w:t xml:space="preserve">           </w:t>
      </w:r>
      <w:r>
        <w:rPr>
          <w:rFonts w:eastAsia="標楷體" w:ascii="標楷體" w:hAnsi="標楷體"/>
          <w:color w:val="000000"/>
          <w:sz w:val="32"/>
          <w:szCs w:val="32"/>
          <w:u w:val="single"/>
        </w:rPr>
        <w:t>___</w:t>
      </w:r>
      <w:r>
        <w:rPr>
          <w:rFonts w:eastAsia="標楷體" w:ascii="標楷體" w:hAnsi="標楷體"/>
          <w:color w:val="000000"/>
          <w:sz w:val="32"/>
          <w:szCs w:val="32"/>
          <w:u w:val="single"/>
          <w:lang w:eastAsia="zh-TW"/>
        </w:rPr>
        <w:t xml:space="preserve"> </w:t>
      </w:r>
      <w:r>
        <w:rPr>
          <w:rFonts w:eastAsia="標楷體" w:ascii="標楷體" w:hAnsi="標楷體"/>
          <w:color w:val="000000"/>
          <w:sz w:val="32"/>
          <w:szCs w:val="32"/>
        </w:rPr>
        <w:t>___________</w:t>
      </w:r>
    </w:p>
    <w:p>
      <w:pPr>
        <w:pStyle w:val="Normal"/>
        <w:spacing w:before="0" w:after="200"/>
        <w:rPr>
          <w:rFonts w:ascii="標楷體" w:hAnsi="標楷體" w:eastAsia="標楷體"/>
          <w:sz w:val="32"/>
          <w:szCs w:val="32"/>
        </w:rPr>
      </w:pPr>
      <w:r>
        <w:rPr>
          <w:rFonts w:eastAsia="標楷體" w:ascii="標楷體" w:hAnsi="標楷體"/>
          <w:color w:val="000000"/>
          <w:sz w:val="32"/>
          <w:szCs w:val="32"/>
        </w:rPr>
        <w:br/>
      </w:r>
      <w:r>
        <w:rPr>
          <w:rFonts w:ascii="標楷體" w:hAnsi="標楷體" w:eastAsia="標楷體"/>
          <w:color w:val="000000"/>
          <w:sz w:val="32"/>
          <w:szCs w:val="32"/>
        </w:rPr>
        <w:t>負責人簽名：</w:t>
      </w:r>
      <w:r>
        <w:rPr>
          <w:rFonts w:eastAsia="標楷體" w:ascii="標楷體" w:hAnsi="標楷體"/>
          <w:color w:val="000000"/>
          <w:sz w:val="32"/>
          <w:szCs w:val="32"/>
        </w:rPr>
        <w:t>_________</w:t>
      </w:r>
      <w:r>
        <w:rPr>
          <w:rFonts w:eastAsia="標楷體" w:ascii="標楷體" w:hAnsi="標楷體"/>
          <w:color w:val="000000"/>
          <w:sz w:val="32"/>
          <w:szCs w:val="32"/>
          <w:u w:val="single"/>
          <w:lang w:eastAsia="zh-TW"/>
        </w:rPr>
        <w:t xml:space="preserve">  </w:t>
      </w:r>
      <w:r>
        <w:rPr>
          <w:rFonts w:eastAsia="標楷體" w:ascii="標楷體" w:hAnsi="標楷體"/>
          <w:color w:val="000000"/>
          <w:sz w:val="32"/>
          <w:szCs w:val="32"/>
          <w:u w:val="single"/>
        </w:rPr>
        <w:t>_</w:t>
      </w:r>
      <w:r>
        <w:rPr>
          <w:rFonts w:eastAsia="標楷體" w:ascii="標楷體" w:hAnsi="標楷體"/>
          <w:color w:val="000000"/>
          <w:sz w:val="32"/>
          <w:szCs w:val="32"/>
          <w:u w:val="single"/>
          <w:lang w:eastAsia="zh-TW"/>
        </w:rPr>
        <w:t xml:space="preserve">  </w:t>
      </w:r>
      <w:r>
        <w:rPr>
          <w:rFonts w:eastAsia="標楷體" w:ascii="標楷體" w:hAnsi="標楷體"/>
          <w:color w:val="000000"/>
          <w:sz w:val="32"/>
          <w:szCs w:val="32"/>
          <w:u w:val="single"/>
        </w:rPr>
        <w:t>__</w:t>
      </w:r>
      <w:r>
        <w:rPr>
          <w:rFonts w:eastAsia="標楷體" w:ascii="標楷體" w:hAnsi="標楷體"/>
          <w:color w:val="000000"/>
          <w:sz w:val="32"/>
          <w:szCs w:val="32"/>
          <w:u w:val="single"/>
          <w:lang w:eastAsia="zh-TW"/>
        </w:rPr>
        <w:t xml:space="preserve">          </w:t>
      </w:r>
      <w:r>
        <w:rPr>
          <w:rFonts w:eastAsia="標楷體" w:ascii="標楷體" w:hAnsi="標楷體"/>
          <w:color w:val="000000"/>
          <w:sz w:val="32"/>
          <w:szCs w:val="32"/>
          <w:u w:val="single"/>
        </w:rPr>
        <w:t>_________</w:t>
      </w:r>
    </w:p>
    <w:p>
      <w:pPr>
        <w:pStyle w:val="Normal"/>
        <w:spacing w:before="0" w:after="200"/>
        <w:rPr/>
      </w:pPr>
      <w:r>
        <w:rPr>
          <w:rFonts w:ascii="標楷體" w:hAnsi="標楷體" w:eastAsia="標楷體"/>
          <w:color w:val="000000"/>
          <w:sz w:val="32"/>
          <w:szCs w:val="32"/>
          <w:lang w:eastAsia="zh-TW"/>
        </w:rPr>
        <w:t xml:space="preserve">                   </w:t>
      </w:r>
      <w:r>
        <w:rPr>
          <w:rFonts w:eastAsia="標楷體" w:ascii="標楷體" w:hAnsi="標楷體"/>
          <w:color w:val="000000"/>
          <w:sz w:val="32"/>
          <w:szCs w:val="32"/>
        </w:rPr>
        <w:br/>
      </w:r>
      <w:r>
        <w:rPr>
          <w:rFonts w:ascii="標楷體" w:hAnsi="標楷體" w:eastAsia="標楷體"/>
          <w:color w:val="000000"/>
          <w:sz w:val="32"/>
          <w:szCs w:val="32"/>
        </w:rPr>
        <w:t>日期：</w:t>
      </w:r>
      <w:r>
        <w:rPr>
          <w:rFonts w:eastAsia="標楷體" w:ascii="標楷體" w:hAnsi="標楷體"/>
          <w:color w:val="000000"/>
          <w:sz w:val="32"/>
          <w:szCs w:val="32"/>
          <w:u w:val="single"/>
        </w:rPr>
        <w:t>______</w:t>
      </w:r>
      <w:r>
        <w:rPr>
          <w:rFonts w:eastAsia="標楷體" w:ascii="標楷體" w:hAnsi="標楷體"/>
          <w:color w:val="000000"/>
          <w:sz w:val="32"/>
          <w:szCs w:val="32"/>
          <w:u w:val="single"/>
          <w:lang w:eastAsia="zh-TW"/>
        </w:rPr>
        <w:t xml:space="preserve">                               </w:t>
      </w:r>
      <w:r>
        <w:rPr>
          <w:rFonts w:eastAsia="標楷體" w:ascii="標楷體" w:hAnsi="標楷體"/>
          <w:color w:val="000000"/>
          <w:sz w:val="32"/>
          <w:szCs w:val="32"/>
          <w:u w:val="single"/>
        </w:rPr>
        <w:t>____</w:t>
      </w:r>
      <w:r>
        <w:rPr>
          <w:rFonts w:eastAsia="標楷體" w:ascii="標楷體" w:hAnsi="標楷體"/>
          <w:color w:val="000000"/>
          <w:sz w:val="32"/>
          <w:szCs w:val="32"/>
          <w:lang w:eastAsia="zh-TW"/>
        </w:rPr>
        <w:t xml:space="preserve">     </w:t>
      </w:r>
    </w:p>
    <w:sectPr>
      <w:type w:val="nextPage"/>
      <w:pgSz w:w="12240" w:h="15840"/>
      <w:pgMar w:left="1134" w:right="1134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mbria">
    <w:charset w:val="88"/>
    <w:family w:val="roman"/>
    <w:pitch w:val="variable"/>
  </w:font>
  <w:font w:name="Calibri">
    <w:charset w:val="88"/>
    <w:family w:val="roman"/>
    <w:pitch w:val="variable"/>
  </w:font>
  <w:font w:name="Courier">
    <w:altName w:val="Courier New"/>
    <w:charset w:val="88"/>
    <w:family w:val="roman"/>
    <w:pitch w:val="variable"/>
  </w:font>
  <w:font w:name="Wingdings">
    <w:charset w:val="88"/>
    <w:family w:val="roman"/>
    <w:pitch w:val="variable"/>
  </w:font>
  <w:font w:name="標楷體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Arial">
    <w:charset w:val="88"/>
    <w:family w:val="roman"/>
    <w:pitch w:val="variable"/>
  </w:font>
  <w:font w:name="標楷體">
    <w:charset w:val="01"/>
    <w:family w:val="script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思源黑體 TW"/>
        <w:kern w:val="2"/>
        <w:szCs w:val="24"/>
        <w:lang w:val="en-US" w:eastAsia="zh-TW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overflowPunct w:val="true"/>
      <w:bidi w:val="0"/>
      <w:spacing w:lineRule="auto" w:line="276" w:before="0" w:after="200"/>
      <w:jc w:val="left"/>
    </w:pPr>
    <w:rPr>
      <w:rFonts w:ascii="Cambria" w:hAnsi="Cambria" w:eastAsia="ＭＳ 明朝" w:cs="新細明體" w:asciiTheme="minorHAnsi" w:cstheme="minorBidi" w:eastAsiaTheme="minorEastAsia" w:hAnsiTheme="minorHAnsi"/>
      <w:color w:val="auto"/>
      <w:kern w:val="0"/>
      <w:sz w:val="24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新細明體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2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新細明體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2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新細明體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新細明體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新細明體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新細明體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新細明體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新細明體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新細明體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5" w:customStyle="1">
    <w:name w:val="頁首 字元"/>
    <w:basedOn w:val="DefaultParagraphFont"/>
    <w:link w:val="a5"/>
    <w:uiPriority w:val="99"/>
    <w:qFormat/>
    <w:rsid w:val="00e618bf"/>
    <w:rPr/>
  </w:style>
  <w:style w:type="character" w:styleId="Style6" w:customStyle="1">
    <w:name w:val="頁尾 字元"/>
    <w:basedOn w:val="DefaultParagraphFont"/>
    <w:link w:val="a7"/>
    <w:uiPriority w:val="99"/>
    <w:qFormat/>
    <w:rsid w:val="00e618bf"/>
    <w:rPr/>
  </w:style>
  <w:style w:type="character" w:styleId="11" w:customStyle="1">
    <w:name w:val="標題 1 字元"/>
    <w:basedOn w:val="DefaultParagraphFont"/>
    <w:link w:val="1"/>
    <w:uiPriority w:val="9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標題 2 字元"/>
    <w:basedOn w:val="DefaultParagraphFont"/>
    <w:link w:val="21"/>
    <w:uiPriority w:val="9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標題 3 字元"/>
    <w:basedOn w:val="DefaultParagraphFont"/>
    <w:link w:val="31"/>
    <w:uiPriority w:val="9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b/>
      <w:bCs/>
      <w:color w:val="4F81BD" w:themeColor="accent1"/>
    </w:rPr>
  </w:style>
  <w:style w:type="character" w:styleId="Style7" w:customStyle="1">
    <w:name w:val="標題 字元"/>
    <w:basedOn w:val="DefaultParagraphFont"/>
    <w:link w:val="aa"/>
    <w:uiPriority w:val="10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8" w:customStyle="1">
    <w:name w:val="副標題 字元"/>
    <w:basedOn w:val="DefaultParagraphFont"/>
    <w:link w:val="ac"/>
    <w:uiPriority w:val="11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9" w:customStyle="1">
    <w:name w:val="本文 字元"/>
    <w:basedOn w:val="DefaultParagraphFont"/>
    <w:link w:val="af"/>
    <w:uiPriority w:val="99"/>
    <w:qFormat/>
    <w:rsid w:val="00aa1d8d"/>
    <w:rPr/>
  </w:style>
  <w:style w:type="character" w:styleId="22" w:customStyle="1">
    <w:name w:val="本文 2 字元"/>
    <w:basedOn w:val="DefaultParagraphFont"/>
    <w:link w:val="23"/>
    <w:uiPriority w:val="99"/>
    <w:qFormat/>
    <w:rsid w:val="00aa1d8d"/>
    <w:rPr/>
  </w:style>
  <w:style w:type="character" w:styleId="32" w:customStyle="1">
    <w:name w:val="本文 3 字元"/>
    <w:basedOn w:val="DefaultParagraphFont"/>
    <w:link w:val="33"/>
    <w:uiPriority w:val="99"/>
    <w:qFormat/>
    <w:rsid w:val="00aa1d8d"/>
    <w:rPr>
      <w:sz w:val="16"/>
      <w:szCs w:val="16"/>
    </w:rPr>
  </w:style>
  <w:style w:type="character" w:styleId="Style10" w:customStyle="1">
    <w:name w:val="巨集文字 字元"/>
    <w:basedOn w:val="DefaultParagraphFont"/>
    <w:link w:val="af3"/>
    <w:uiPriority w:val="99"/>
    <w:qFormat/>
    <w:rsid w:val="0029639d"/>
    <w:rPr>
      <w:rFonts w:ascii="Courier" w:hAnsi="Courier"/>
      <w:sz w:val="20"/>
      <w:szCs w:val="20"/>
    </w:rPr>
  </w:style>
  <w:style w:type="character" w:styleId="Style11" w:customStyle="1">
    <w:name w:val="引文 字元"/>
    <w:basedOn w:val="DefaultParagraphFont"/>
    <w:link w:val="af5"/>
    <w:uiPriority w:val="29"/>
    <w:qFormat/>
    <w:rsid w:val="00fc693f"/>
    <w:rPr>
      <w:i/>
      <w:iCs/>
      <w:color w:val="000000" w:themeColor="text1"/>
    </w:rPr>
  </w:style>
  <w:style w:type="character" w:styleId="41" w:customStyle="1">
    <w:name w:val="標題 4 字元"/>
    <w:basedOn w:val="DefaultParagraphFont"/>
    <w:link w:val="4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51" w:customStyle="1">
    <w:name w:val="標題 5 字元"/>
    <w:basedOn w:val="DefaultParagraphFont"/>
    <w:link w:val="5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color w:val="243F60" w:themeColor="accent1" w:themeShade="7f"/>
    </w:rPr>
  </w:style>
  <w:style w:type="character" w:styleId="61" w:customStyle="1">
    <w:name w:val="標題 6 字元"/>
    <w:basedOn w:val="DefaultParagraphFont"/>
    <w:link w:val="6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i/>
      <w:iCs/>
      <w:color w:val="243F60" w:themeColor="accent1" w:themeShade="7f"/>
    </w:rPr>
  </w:style>
  <w:style w:type="character" w:styleId="71" w:customStyle="1">
    <w:name w:val="標題 7 字元"/>
    <w:basedOn w:val="DefaultParagraphFont"/>
    <w:link w:val="7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i/>
      <w:iCs/>
      <w:color w:val="404040" w:themeColor="text1" w:themeTint="bf"/>
    </w:rPr>
  </w:style>
  <w:style w:type="character" w:styleId="81" w:customStyle="1">
    <w:name w:val="標題 8 字元"/>
    <w:basedOn w:val="DefaultParagraphFont"/>
    <w:link w:val="8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91" w:customStyle="1">
    <w:name w:val="標題 9 字元"/>
    <w:basedOn w:val="DefaultParagraphFont"/>
    <w:link w:val="9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Style12">
    <w:name w:val="強調"/>
    <w:basedOn w:val="DefaultParagraphFont"/>
    <w:uiPriority w:val="20"/>
    <w:qFormat/>
    <w:rsid w:val="00fc693f"/>
    <w:rPr>
      <w:i/>
      <w:iCs/>
    </w:rPr>
  </w:style>
  <w:style w:type="character" w:styleId="Style13" w:customStyle="1">
    <w:name w:val="鮮明引文 字元"/>
    <w:basedOn w:val="DefaultParagraphFont"/>
    <w:link w:val="afa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Style14">
    <w:name w:val="註解參照"/>
    <w:qFormat/>
    <w:rPr>
      <w:sz w:val="18"/>
      <w:szCs w:val="18"/>
    </w:rPr>
  </w:style>
  <w:style w:type="character" w:styleId="Style15">
    <w:name w:val="預設段落字型"/>
    <w:qFormat/>
    <w:rPr/>
  </w:style>
  <w:style w:type="character" w:styleId="WW8Num1z1">
    <w:name w:val="WW8Num1z1"/>
    <w:qFormat/>
    <w:rPr>
      <w:rFonts w:ascii="Wingdings" w:hAnsi="Wingdings" w:cs="Wingdings"/>
    </w:rPr>
  </w:style>
  <w:style w:type="character" w:styleId="WW8Num1z0">
    <w:name w:val="WW8Num1z0"/>
    <w:qFormat/>
    <w:rPr>
      <w:rFonts w:ascii="標楷體" w:hAnsi="標楷體" w:eastAsia="標楷體" w:cs="Times New Roman"/>
    </w:rPr>
  </w:style>
  <w:style w:type="character" w:styleId="Style16">
    <w:name w:val="註腳字元"/>
    <w:qFormat/>
    <w:rPr/>
  </w:style>
  <w:style w:type="character" w:styleId="Style17">
    <w:name w:val="尾註字元"/>
    <w:qFormat/>
    <w:rPr/>
  </w:style>
  <w:style w:type="character" w:styleId="Style18">
    <w:name w:val="網際網路連結"/>
    <w:rPr>
      <w:color w:val="000080"/>
      <w:u w:val="single"/>
      <w:lang w:val="zxx" w:eastAsia="zxx" w:bidi="zxx"/>
    </w:rPr>
  </w:style>
  <w:style w:type="character" w:styleId="Style19">
    <w:name w:val="訪問過的網際網路連結"/>
    <w:rPr>
      <w:color w:val="800000"/>
      <w:u w:val="single"/>
      <w:lang w:val="zxx" w:eastAsia="zxx" w:bidi="zxx"/>
    </w:rPr>
  </w:style>
  <w:style w:type="paragraph" w:styleId="Style20">
    <w:name w:val="標題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微軟正黑體" w:cs="思源黑體 TW"/>
      <w:sz w:val="28"/>
      <w:szCs w:val="28"/>
    </w:rPr>
  </w:style>
  <w:style w:type="paragraph" w:styleId="Style21">
    <w:name w:val="Body Text"/>
    <w:basedOn w:val="Normal"/>
    <w:link w:val="af0"/>
    <w:uiPriority w:val="99"/>
    <w:unhideWhenUsed/>
    <w:rsid w:val="00aa1d8d"/>
    <w:pPr>
      <w:spacing w:before="0" w:after="120"/>
    </w:pPr>
    <w:rPr/>
  </w:style>
  <w:style w:type="paragraph" w:styleId="Style22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思源黑體 TW"/>
      <w:i/>
      <w:iCs/>
      <w:sz w:val="24"/>
      <w:szCs w:val="24"/>
    </w:rPr>
  </w:style>
  <w:style w:type="paragraph" w:styleId="Style24">
    <w:name w:val="索引"/>
    <w:basedOn w:val="Normal"/>
    <w:qFormat/>
    <w:pPr>
      <w:suppressLineNumbers/>
    </w:pPr>
    <w:rPr>
      <w:rFonts w:cs="思源黑體 TW"/>
    </w:rPr>
  </w:style>
  <w:style w:type="paragraph" w:styleId="Style25">
    <w:name w:val="Header"/>
    <w:basedOn w:val="Normal"/>
    <w:link w:val="a6"/>
    <w:uiPriority w:val="99"/>
    <w:unhideWhenUsed/>
    <w:rsid w:val="00e618bf"/>
    <w:pPr>
      <w:tabs>
        <w:tab w:val="clear" w:pos="709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8"/>
    <w:uiPriority w:val="99"/>
    <w:unhideWhenUsed/>
    <w:rsid w:val="00e618bf"/>
    <w:pPr>
      <w:tabs>
        <w:tab w:val="clear" w:pos="709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overflowPunct w:val="true"/>
      <w:bidi w:val="0"/>
      <w:spacing w:lineRule="auto" w:line="240" w:before="0" w:after="0"/>
      <w:jc w:val="left"/>
    </w:pPr>
    <w:rPr>
      <w:rFonts w:ascii="Cambria" w:hAnsi="Cambria" w:eastAsia="ＭＳ 明朝" w:cs="新細明體" w:asciiTheme="minorHAnsi" w:cstheme="minorBidi" w:eastAsiaTheme="minorEastAsia" w:hAnsiTheme="minorHAnsi"/>
      <w:color w:val="auto"/>
      <w:kern w:val="0"/>
      <w:sz w:val="24"/>
      <w:szCs w:val="22"/>
      <w:lang w:val="en-US" w:eastAsia="en-US" w:bidi="ar-SA"/>
    </w:rPr>
  </w:style>
  <w:style w:type="paragraph" w:styleId="Style27">
    <w:name w:val="Title"/>
    <w:basedOn w:val="Normal"/>
    <w:next w:val="Normal"/>
    <w:link w:val="ab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新細明體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28">
    <w:name w:val="Subtitle"/>
    <w:basedOn w:val="Normal"/>
    <w:next w:val="Normal"/>
    <w:link w:val="ad"/>
    <w:uiPriority w:val="11"/>
    <w:qFormat/>
    <w:rsid w:val="00fc693f"/>
    <w:pPr/>
    <w:rPr>
      <w:rFonts w:ascii="Calibri" w:hAnsi="Calibri" w:eastAsia="ＭＳ ゴシック" w:cs="新細明體" w:asciiTheme="majorHAnsi" w:cstheme="majorBidi" w:eastAsiaTheme="majorEastAsia" w:hAnsiTheme="majorHAnsi"/>
      <w:i/>
      <w:iCs/>
      <w:color w:val="4F81BD" w:themeColor="accent1"/>
      <w:spacing w:val="15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24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34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af4"/>
    <w:uiPriority w:val="99"/>
    <w:unhideWhenUsed/>
    <w:qFormat/>
    <w:rsid w:val="0029639d"/>
    <w:pPr>
      <w:widowControl/>
      <w:tabs>
        <w:tab w:val="clear" w:pos="709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overflowPunct w:val="true"/>
      <w:bidi w:val="0"/>
      <w:spacing w:lineRule="auto" w:line="276" w:before="0" w:after="200"/>
      <w:jc w:val="left"/>
    </w:pPr>
    <w:rPr>
      <w:rFonts w:ascii="Courier" w:hAnsi="Courier" w:eastAsia="ＭＳ 明朝" w:cs="新細明體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af6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afb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1"/>
    <w:next w:val="Normal"/>
    <w:uiPriority w:val="39"/>
    <w:semiHidden/>
    <w:unhideWhenUsed/>
    <w:qFormat/>
    <w:rsid w:val="00fc693f"/>
    <w:pPr/>
    <w:rPr/>
  </w:style>
  <w:style w:type="paragraph" w:styleId="Style29">
    <w:name w:val="表格內容"/>
    <w:basedOn w:val="Normal"/>
    <w:qFormat/>
    <w:pPr>
      <w:suppressLineNumbers/>
    </w:pPr>
    <w:rPr/>
  </w:style>
  <w:style w:type="paragraph" w:styleId="Style30">
    <w:name w:val="表格標題"/>
    <w:basedOn w:val="Style29"/>
    <w:qFormat/>
    <w:pPr>
      <w:suppressLineNumbers/>
      <w:jc w:val="center"/>
    </w:pPr>
    <w:rPr>
      <w:b/>
      <w:bCs/>
    </w:rPr>
  </w:style>
  <w:style w:type="paragraph" w:styleId="Style31">
    <w:name w:val="外框內容"/>
    <w:basedOn w:val="Normal"/>
    <w:qFormat/>
    <w:pPr/>
    <w:rPr/>
  </w:style>
  <w:style w:type="paragraph" w:styleId="Style32">
    <w:name w:val="註解主旨"/>
    <w:basedOn w:val="Style33"/>
    <w:next w:val="Style33"/>
    <w:qFormat/>
    <w:pPr/>
    <w:rPr>
      <w:b/>
      <w:bCs/>
    </w:rPr>
  </w:style>
  <w:style w:type="paragraph" w:styleId="Style33">
    <w:name w:val="註解文字"/>
    <w:basedOn w:val="Normal"/>
    <w:qFormat/>
    <w:pPr/>
    <w:rPr/>
  </w:style>
  <w:style w:type="paragraph" w:styleId="Style34">
    <w:name w:val="註解方塊文字"/>
    <w:basedOn w:val="Normal"/>
    <w:qFormat/>
    <w:pPr/>
    <w:rPr>
      <w:rFonts w:ascii="Arial" w:hAnsi="Arial" w:cs="Arial"/>
      <w:sz w:val="18"/>
      <w:szCs w:val="18"/>
    </w:rPr>
  </w:style>
  <w:style w:type="paragraph" w:styleId="Style35">
    <w:name w:val="日期"/>
    <w:basedOn w:val="Normal"/>
    <w:next w:val="Normal"/>
    <w:qFormat/>
    <w:pPr>
      <w:jc w:val="right"/>
    </w:pPr>
    <w:rPr/>
  </w:style>
  <w:style w:type="paragraph" w:styleId="Style36">
    <w:name w:val="清單內容"/>
    <w:basedOn w:val="Normal"/>
    <w:qFormat/>
    <w:pPr>
      <w:ind w:left="567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NDC_ODF_Application_Tools/2.0.4$Windows_X86_64 LibreOffice_project/ace8b54cb4771cd6636f2ccb1aac7c9dad875112</Application>
  <Pages>1</Pages>
  <Words>104</Words>
  <Characters>168</Characters>
  <CharactersWithSpaces>254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zh-TW</dc:language>
  <cp:lastModifiedBy/>
  <cp:lastPrinted>2025-11-18T13:09:45Z</cp:lastPrinted>
  <dcterms:modified xsi:type="dcterms:W3CDTF">2025-11-27T08:10:25Z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